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2C41D" w14:textId="6ECB4413" w:rsidR="006E24DE" w:rsidRDefault="64516E81" w:rsidP="00F9111E">
      <w:pPr>
        <w:pBdr>
          <w:bottom w:val="single" w:sz="4" w:space="1" w:color="auto"/>
        </w:pBdr>
        <w:jc w:val="center"/>
        <w:rPr>
          <w:rFonts w:asciiTheme="majorHAnsi" w:hAnsiTheme="majorHAnsi" w:cstheme="majorBidi"/>
          <w:b/>
          <w:bCs/>
          <w:sz w:val="32"/>
          <w:szCs w:val="32"/>
          <w:lang w:val="nl-BE"/>
        </w:rPr>
      </w:pPr>
      <w:r w:rsidRPr="57F07FEC">
        <w:rPr>
          <w:rFonts w:asciiTheme="majorHAnsi" w:hAnsiTheme="majorHAnsi" w:cstheme="majorBidi"/>
          <w:b/>
          <w:bCs/>
          <w:sz w:val="32"/>
          <w:szCs w:val="32"/>
          <w:lang w:val="nl-BE"/>
        </w:rPr>
        <w:t xml:space="preserve">ACTIEKAART – </w:t>
      </w:r>
      <w:r w:rsidR="324FB086" w:rsidRPr="57F07FEC">
        <w:rPr>
          <w:rFonts w:asciiTheme="majorHAnsi" w:hAnsiTheme="majorHAnsi" w:cstheme="majorBidi"/>
          <w:b/>
          <w:bCs/>
          <w:sz w:val="32"/>
          <w:szCs w:val="32"/>
          <w:lang w:val="nl-BE"/>
        </w:rPr>
        <w:t>Lokale c</w:t>
      </w:r>
      <w:r w:rsidRPr="57F07FEC">
        <w:rPr>
          <w:rFonts w:asciiTheme="majorHAnsi" w:hAnsiTheme="majorHAnsi" w:cstheme="majorBidi"/>
          <w:b/>
          <w:bCs/>
          <w:sz w:val="32"/>
          <w:szCs w:val="32"/>
          <w:lang w:val="nl-BE"/>
        </w:rPr>
        <w:t>risisvrijwilligers</w:t>
      </w:r>
      <w:r w:rsidR="7C444C82" w:rsidRPr="57F07FEC">
        <w:rPr>
          <w:rFonts w:asciiTheme="majorHAnsi" w:hAnsiTheme="majorHAnsi" w:cstheme="majorBidi"/>
          <w:b/>
          <w:bCs/>
          <w:sz w:val="32"/>
          <w:szCs w:val="32"/>
          <w:lang w:val="nl-BE"/>
        </w:rPr>
        <w:t>coördinator</w:t>
      </w:r>
    </w:p>
    <w:p w14:paraId="4C0BB65C" w14:textId="77777777" w:rsidR="00F9111E" w:rsidRPr="0074498B" w:rsidRDefault="00F9111E" w:rsidP="00F9111E">
      <w:pPr>
        <w:jc w:val="center"/>
        <w:rPr>
          <w:rFonts w:asciiTheme="majorHAnsi" w:hAnsiTheme="majorHAnsi" w:cstheme="majorBidi"/>
          <w:lang w:val="nl-BE"/>
        </w:rPr>
      </w:pPr>
    </w:p>
    <w:tbl>
      <w:tblPr>
        <w:tblStyle w:val="Tabelraster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1"/>
        <w:gridCol w:w="4421"/>
      </w:tblGrid>
      <w:tr w:rsidR="0074498B" w:rsidRPr="000E6904" w14:paraId="663706CF" w14:textId="77777777" w:rsidTr="00F9111E">
        <w:trPr>
          <w:trHeight w:val="2048"/>
        </w:trPr>
        <w:tc>
          <w:tcPr>
            <w:tcW w:w="6341" w:type="dxa"/>
          </w:tcPr>
          <w:p w14:paraId="4801987E" w14:textId="77777777" w:rsidR="0074498B" w:rsidRPr="0074498B" w:rsidRDefault="0074498B" w:rsidP="0074498B">
            <w:pPr>
              <w:pStyle w:val="Lijstopsomteken"/>
              <w:numPr>
                <w:ilvl w:val="0"/>
                <w:numId w:val="0"/>
              </w:numPr>
              <w:spacing w:after="200" w:line="276" w:lineRule="auto"/>
              <w:contextualSpacing w:val="0"/>
              <w:rPr>
                <w:rFonts w:asciiTheme="majorHAnsi" w:hAnsiTheme="majorHAnsi" w:cstheme="majorHAnsi"/>
                <w:lang w:val="nl-BE"/>
              </w:rPr>
            </w:pPr>
            <w:r w:rsidRPr="0074498B">
              <w:rPr>
                <w:rFonts w:ascii="Segoe UI Emoji" w:hAnsi="Segoe UI Emoji" w:cs="Segoe UI Emoji"/>
                <w:b/>
                <w:sz w:val="24"/>
              </w:rPr>
              <w:t>👤</w:t>
            </w:r>
            <w:r w:rsidRPr="0074498B">
              <w:rPr>
                <w:rFonts w:asciiTheme="majorHAnsi" w:hAnsiTheme="majorHAnsi" w:cstheme="majorHAnsi"/>
                <w:b/>
                <w:sz w:val="24"/>
                <w:lang w:val="nl-BE"/>
              </w:rPr>
              <w:t xml:space="preserve"> </w:t>
            </w:r>
            <w:r w:rsidRPr="0074498B">
              <w:rPr>
                <w:rFonts w:asciiTheme="majorHAnsi" w:hAnsiTheme="majorHAnsi" w:cstheme="majorHAnsi"/>
                <w:b/>
                <w:bCs/>
                <w:lang w:val="nl-BE"/>
              </w:rPr>
              <w:t>MIJN ROL</w:t>
            </w:r>
          </w:p>
          <w:p w14:paraId="3CC36174" w14:textId="77777777" w:rsidR="002D2072" w:rsidRPr="002D2072" w:rsidRDefault="002D2072" w:rsidP="002D2072">
            <w:pPr>
              <w:pStyle w:val="Lijstopsomteken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nl-BE"/>
              </w:rPr>
            </w:pPr>
            <w:r w:rsidRPr="002D2072">
              <w:rPr>
                <w:rFonts w:asciiTheme="majorHAnsi" w:hAnsiTheme="majorHAnsi" w:cstheme="majorHAnsi"/>
                <w:lang w:val="nl-BE"/>
              </w:rPr>
              <w:t>Algemene coördinatie van het crisisvrijwilligerskorps</w:t>
            </w:r>
          </w:p>
          <w:p w14:paraId="2E7E7C0E" w14:textId="77777777" w:rsidR="002D2072" w:rsidRDefault="002D2072" w:rsidP="002D2072">
            <w:pPr>
              <w:pStyle w:val="Lijstopsomteken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nl-BE"/>
              </w:rPr>
            </w:pPr>
            <w:r w:rsidRPr="002D2072">
              <w:rPr>
                <w:rFonts w:asciiTheme="majorHAnsi" w:hAnsiTheme="majorHAnsi" w:cstheme="majorHAnsi"/>
                <w:lang w:val="nl-BE"/>
              </w:rPr>
              <w:t>Scharnier tussen bestuur, operationele leiding en vrijwilligers</w:t>
            </w:r>
          </w:p>
          <w:p w14:paraId="22AC16E8" w14:textId="77777777" w:rsidR="00A72CD8" w:rsidRPr="00A72CD8" w:rsidRDefault="00A72CD8" w:rsidP="00A72CD8">
            <w:pPr>
              <w:pStyle w:val="Lijstopsomteken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nl-BE"/>
              </w:rPr>
            </w:pPr>
            <w:r w:rsidRPr="00A72CD8">
              <w:rPr>
                <w:rFonts w:asciiTheme="majorHAnsi" w:hAnsiTheme="majorHAnsi" w:cstheme="majorHAnsi"/>
                <w:lang w:val="nl-BE"/>
              </w:rPr>
              <w:t>Aanduiden en informeren van teamleiders</w:t>
            </w:r>
          </w:p>
          <w:p w14:paraId="5BB81DC7" w14:textId="7B80BFE3" w:rsidR="0074498B" w:rsidRPr="002D2072" w:rsidRDefault="0074498B" w:rsidP="00A72CD8">
            <w:pPr>
              <w:pStyle w:val="Lijstopsomteken"/>
              <w:numPr>
                <w:ilvl w:val="0"/>
                <w:numId w:val="0"/>
              </w:numPr>
              <w:ind w:left="360"/>
              <w:rPr>
                <w:rFonts w:asciiTheme="majorHAnsi" w:hAnsiTheme="majorHAnsi" w:cstheme="majorBidi"/>
                <w:lang w:val="nl-BE"/>
              </w:rPr>
            </w:pPr>
          </w:p>
        </w:tc>
        <w:tc>
          <w:tcPr>
            <w:tcW w:w="4421" w:type="dxa"/>
          </w:tcPr>
          <w:p w14:paraId="42B358C9" w14:textId="77777777" w:rsidR="0074498B" w:rsidRPr="00085643" w:rsidRDefault="0074498B" w:rsidP="0074498B">
            <w:pPr>
              <w:tabs>
                <w:tab w:val="left" w:pos="1356"/>
              </w:tabs>
              <w:spacing w:after="200" w:line="276" w:lineRule="auto"/>
              <w:rPr>
                <w:rFonts w:asciiTheme="majorHAnsi" w:hAnsiTheme="majorHAnsi" w:cstheme="majorHAnsi"/>
                <w:b/>
                <w:bCs/>
                <w:lang w:val="nl-BE"/>
              </w:rPr>
            </w:pPr>
            <w:r w:rsidRPr="00085643">
              <w:rPr>
                <w:rFonts w:ascii="Segoe UI Emoji" w:hAnsi="Segoe UI Emoji" w:cs="Segoe UI Emoji"/>
                <w:b/>
                <w:bCs/>
                <w:lang w:val="nl-BE"/>
              </w:rPr>
              <w:t>🧰</w:t>
            </w:r>
            <w:r w:rsidRPr="00085643">
              <w:rPr>
                <w:rFonts w:asciiTheme="majorHAnsi" w:hAnsiTheme="majorHAnsi" w:cstheme="majorHAnsi"/>
                <w:b/>
                <w:bCs/>
                <w:lang w:val="nl-BE"/>
              </w:rPr>
              <w:t xml:space="preserve"> MATERIALEN</w:t>
            </w:r>
          </w:p>
          <w:p w14:paraId="36F34B15" w14:textId="77777777" w:rsidR="00085643" w:rsidRPr="00085643" w:rsidRDefault="00085643" w:rsidP="00085643">
            <w:pPr>
              <w:tabs>
                <w:tab w:val="left" w:pos="1356"/>
              </w:tabs>
              <w:rPr>
                <w:rFonts w:asciiTheme="majorHAnsi" w:hAnsiTheme="majorHAnsi" w:cstheme="majorHAnsi"/>
                <w:lang w:val="nl-BE"/>
              </w:rPr>
            </w:pPr>
            <w:r w:rsidRPr="00085643">
              <w:rPr>
                <w:rFonts w:ascii="Segoe UI Symbol" w:hAnsi="Segoe UI Symbol" w:cs="Segoe UI Symbol"/>
                <w:lang w:val="nl-BE"/>
              </w:rPr>
              <w:t>☐</w:t>
            </w:r>
            <w:r w:rsidRPr="00085643">
              <w:rPr>
                <w:rFonts w:asciiTheme="majorHAnsi" w:hAnsiTheme="majorHAnsi" w:cstheme="majorHAnsi"/>
                <w:lang w:val="nl-BE"/>
              </w:rPr>
              <w:t xml:space="preserve"> Vrijwilligerslijst + contactgegevens</w:t>
            </w:r>
          </w:p>
          <w:p w14:paraId="2E94255E" w14:textId="77777777" w:rsidR="00085643" w:rsidRPr="00085643" w:rsidRDefault="00085643" w:rsidP="00085643">
            <w:pPr>
              <w:tabs>
                <w:tab w:val="left" w:pos="1356"/>
              </w:tabs>
              <w:rPr>
                <w:rFonts w:asciiTheme="majorHAnsi" w:hAnsiTheme="majorHAnsi" w:cstheme="majorHAnsi"/>
                <w:lang w:val="nl-BE"/>
              </w:rPr>
            </w:pPr>
            <w:r w:rsidRPr="00085643">
              <w:rPr>
                <w:rFonts w:ascii="Segoe UI Symbol" w:hAnsi="Segoe UI Symbol" w:cs="Segoe UI Symbol"/>
                <w:lang w:val="nl-BE"/>
              </w:rPr>
              <w:t>☐</w:t>
            </w:r>
            <w:r w:rsidRPr="00085643">
              <w:rPr>
                <w:rFonts w:asciiTheme="majorHAnsi" w:hAnsiTheme="majorHAnsi" w:cstheme="majorHAnsi"/>
                <w:lang w:val="nl-BE"/>
              </w:rPr>
              <w:t xml:space="preserve"> Planningsoverzicht</w:t>
            </w:r>
          </w:p>
          <w:p w14:paraId="046A5E98" w14:textId="77777777" w:rsidR="00085643" w:rsidRPr="00085643" w:rsidRDefault="00085643" w:rsidP="00085643">
            <w:pPr>
              <w:tabs>
                <w:tab w:val="left" w:pos="1356"/>
              </w:tabs>
              <w:rPr>
                <w:rFonts w:asciiTheme="majorHAnsi" w:hAnsiTheme="majorHAnsi" w:cstheme="majorHAnsi"/>
                <w:lang w:val="nl-BE"/>
              </w:rPr>
            </w:pPr>
            <w:r w:rsidRPr="00085643">
              <w:rPr>
                <w:rFonts w:ascii="Segoe UI Symbol" w:hAnsi="Segoe UI Symbol" w:cs="Segoe UI Symbol"/>
                <w:lang w:val="nl-BE"/>
              </w:rPr>
              <w:t>☐</w:t>
            </w:r>
            <w:r w:rsidRPr="00085643">
              <w:rPr>
                <w:rFonts w:asciiTheme="majorHAnsi" w:hAnsiTheme="majorHAnsi" w:cstheme="majorHAnsi"/>
                <w:lang w:val="nl-BE"/>
              </w:rPr>
              <w:t xml:space="preserve"> Communicatiemiddelen</w:t>
            </w:r>
          </w:p>
          <w:p w14:paraId="415B4A1D" w14:textId="7FBB9FB8" w:rsidR="0074498B" w:rsidRPr="00085643" w:rsidRDefault="00085643" w:rsidP="00085643">
            <w:pPr>
              <w:tabs>
                <w:tab w:val="left" w:pos="1356"/>
              </w:tabs>
              <w:spacing w:after="200" w:line="276" w:lineRule="auto"/>
              <w:rPr>
                <w:rFonts w:asciiTheme="majorHAnsi" w:hAnsiTheme="majorHAnsi" w:cstheme="majorHAnsi"/>
                <w:lang w:val="nl-BE"/>
              </w:rPr>
            </w:pPr>
            <w:r w:rsidRPr="00085643">
              <w:rPr>
                <w:rFonts w:ascii="Segoe UI Symbol" w:hAnsi="Segoe UI Symbol" w:cs="Segoe UI Symbol"/>
                <w:lang w:val="nl-BE"/>
              </w:rPr>
              <w:t>☐</w:t>
            </w:r>
            <w:r w:rsidRPr="00085643">
              <w:rPr>
                <w:rFonts w:asciiTheme="majorHAnsi" w:hAnsiTheme="majorHAnsi" w:cstheme="majorHAnsi"/>
                <w:lang w:val="nl-BE"/>
              </w:rPr>
              <w:t xml:space="preserve"> Overzicht teamleiders &amp; locaties</w:t>
            </w:r>
          </w:p>
        </w:tc>
      </w:tr>
      <w:tr w:rsidR="0074498B" w:rsidRPr="000E6904" w14:paraId="5356ECC6" w14:textId="77777777" w:rsidTr="00F9111E">
        <w:tc>
          <w:tcPr>
            <w:tcW w:w="6341" w:type="dxa"/>
          </w:tcPr>
          <w:p w14:paraId="7AB3A41B" w14:textId="3C0A42FB" w:rsidR="0074498B" w:rsidRPr="00C27EBA" w:rsidRDefault="0B4E54A5" w:rsidP="13ED0017">
            <w:pPr>
              <w:pStyle w:val="Lijstopsomteken"/>
              <w:numPr>
                <w:ilvl w:val="0"/>
                <w:numId w:val="0"/>
              </w:numPr>
              <w:spacing w:after="200" w:line="276" w:lineRule="auto"/>
              <w:contextualSpacing w:val="0"/>
              <w:rPr>
                <w:rFonts w:asciiTheme="majorHAnsi" w:hAnsiTheme="majorHAnsi" w:cstheme="majorBidi"/>
                <w:b/>
                <w:bCs/>
                <w:sz w:val="24"/>
                <w:szCs w:val="24"/>
                <w:lang w:val="nl-BE"/>
              </w:rPr>
            </w:pPr>
            <w:r w:rsidRPr="13ED0017">
              <w:rPr>
                <w:rFonts w:ascii="Segoe UI Symbol" w:hAnsi="Segoe UI Symbol" w:cs="Segoe UI Symbol"/>
                <w:b/>
                <w:bCs/>
                <w:sz w:val="24"/>
                <w:szCs w:val="24"/>
                <w:lang w:val="nl-BE"/>
              </w:rPr>
              <w:t>☎</w:t>
            </w:r>
            <w:r w:rsidRPr="13ED0017">
              <w:rPr>
                <w:rFonts w:asciiTheme="majorHAnsi" w:hAnsiTheme="majorHAnsi" w:cstheme="majorBidi"/>
                <w:b/>
                <w:bCs/>
                <w:sz w:val="24"/>
                <w:szCs w:val="24"/>
                <w:lang w:val="nl-BE"/>
              </w:rPr>
              <w:t xml:space="preserve"> </w:t>
            </w:r>
            <w:r w:rsidRPr="13ED0017">
              <w:rPr>
                <w:rFonts w:asciiTheme="majorHAnsi" w:hAnsiTheme="majorHAnsi" w:cstheme="majorBidi"/>
                <w:b/>
                <w:bCs/>
                <w:lang w:val="nl-BE"/>
              </w:rPr>
              <w:t>CONTACTEN</w:t>
            </w:r>
            <w:r w:rsidR="4F57D2E6" w:rsidRPr="13ED0017">
              <w:rPr>
                <w:rFonts w:asciiTheme="majorHAnsi" w:hAnsiTheme="majorHAnsi" w:cstheme="majorBidi"/>
                <w:b/>
                <w:bCs/>
                <w:lang w:val="nl-BE"/>
              </w:rPr>
              <w:t xml:space="preserve"> </w:t>
            </w:r>
            <w:r w:rsidR="4F57D2E6" w:rsidRPr="13ED0017">
              <w:rPr>
                <w:rFonts w:asciiTheme="majorHAnsi" w:hAnsiTheme="majorHAnsi" w:cstheme="majorBidi"/>
                <w:lang w:val="nl-BE"/>
              </w:rPr>
              <w:t>(op moment van inzet in te vullen)</w:t>
            </w:r>
          </w:p>
          <w:p w14:paraId="24AD08C8" w14:textId="567AAF77" w:rsidR="00085643" w:rsidRPr="00085643" w:rsidRDefault="00085643" w:rsidP="00085643">
            <w:pPr>
              <w:pStyle w:val="Lijstopsomteken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nl-BE"/>
              </w:rPr>
            </w:pPr>
            <w:r w:rsidRPr="00085643">
              <w:rPr>
                <w:rFonts w:asciiTheme="majorHAnsi" w:hAnsiTheme="majorHAnsi" w:cstheme="majorHAnsi"/>
                <w:lang w:val="nl-BE"/>
              </w:rPr>
              <w:t>Burgemeester</w:t>
            </w:r>
            <w:r>
              <w:rPr>
                <w:rFonts w:asciiTheme="majorHAnsi" w:hAnsiTheme="majorHAnsi" w:cstheme="majorHAnsi"/>
                <w:lang w:val="nl-BE"/>
              </w:rPr>
              <w:t>: NAAM + TEL</w:t>
            </w:r>
          </w:p>
          <w:p w14:paraId="5A8971F9" w14:textId="77777777" w:rsidR="00F9111E" w:rsidRPr="00085643" w:rsidRDefault="00F9111E" w:rsidP="00F9111E">
            <w:pPr>
              <w:pStyle w:val="Lijstopsomteken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nl-BE"/>
              </w:rPr>
            </w:pPr>
            <w:r w:rsidRPr="00085643">
              <w:rPr>
                <w:rFonts w:asciiTheme="majorHAnsi" w:hAnsiTheme="majorHAnsi" w:cstheme="majorHAnsi"/>
                <w:lang w:val="nl-BE"/>
              </w:rPr>
              <w:t>NPC</w:t>
            </w:r>
            <w:r>
              <w:rPr>
                <w:rFonts w:asciiTheme="majorHAnsi" w:hAnsiTheme="majorHAnsi" w:cstheme="majorHAnsi"/>
                <w:lang w:val="nl-BE"/>
              </w:rPr>
              <w:t>: NAAM + TEL</w:t>
            </w:r>
          </w:p>
          <w:p w14:paraId="1D36A751" w14:textId="47B576CE" w:rsidR="00085643" w:rsidRPr="00085643" w:rsidRDefault="00085643" w:rsidP="00085643">
            <w:pPr>
              <w:pStyle w:val="Lijstopsomteken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nl-BE"/>
              </w:rPr>
            </w:pPr>
            <w:r w:rsidRPr="00085643">
              <w:rPr>
                <w:rFonts w:asciiTheme="majorHAnsi" w:hAnsiTheme="majorHAnsi" w:cstheme="majorHAnsi"/>
                <w:lang w:val="nl-BE"/>
              </w:rPr>
              <w:t>Dir CP-</w:t>
            </w:r>
            <w:proofErr w:type="spellStart"/>
            <w:r w:rsidRPr="00085643">
              <w:rPr>
                <w:rFonts w:asciiTheme="majorHAnsi" w:hAnsiTheme="majorHAnsi" w:cstheme="majorHAnsi"/>
                <w:lang w:val="nl-BE"/>
              </w:rPr>
              <w:t>Ops</w:t>
            </w:r>
            <w:proofErr w:type="spellEnd"/>
            <w:r>
              <w:rPr>
                <w:rFonts w:asciiTheme="majorHAnsi" w:hAnsiTheme="majorHAnsi" w:cstheme="majorHAnsi"/>
                <w:lang w:val="nl-BE"/>
              </w:rPr>
              <w:t>: NAAM + TEL</w:t>
            </w:r>
          </w:p>
          <w:p w14:paraId="06D3D995" w14:textId="6D4663B5" w:rsidR="00085643" w:rsidRPr="00085643" w:rsidRDefault="00085643" w:rsidP="00085643">
            <w:pPr>
              <w:pStyle w:val="Lijstopsomteken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nl-BE"/>
              </w:rPr>
            </w:pPr>
            <w:r w:rsidRPr="00085643">
              <w:rPr>
                <w:rFonts w:asciiTheme="majorHAnsi" w:hAnsiTheme="majorHAnsi" w:cstheme="majorHAnsi"/>
                <w:lang w:val="nl-BE"/>
              </w:rPr>
              <w:t>Teamleider(s)</w:t>
            </w:r>
            <w:r>
              <w:rPr>
                <w:rFonts w:asciiTheme="majorHAnsi" w:hAnsiTheme="majorHAnsi" w:cstheme="majorHAnsi"/>
                <w:lang w:val="nl-BE"/>
              </w:rPr>
              <w:t>: NAAM + TEL</w:t>
            </w:r>
          </w:p>
          <w:p w14:paraId="680D2FF4" w14:textId="546F70DC" w:rsidR="0074498B" w:rsidRPr="0074498B" w:rsidRDefault="00085643" w:rsidP="00085643">
            <w:pPr>
              <w:pStyle w:val="Lijstopsomteken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nl-BE"/>
              </w:rPr>
            </w:pPr>
            <w:r w:rsidRPr="00085643">
              <w:rPr>
                <w:rFonts w:asciiTheme="majorHAnsi" w:hAnsiTheme="majorHAnsi" w:cstheme="majorHAnsi"/>
                <w:lang w:val="nl-BE"/>
              </w:rPr>
              <w:t>Discipline 5</w:t>
            </w:r>
            <w:r>
              <w:rPr>
                <w:rFonts w:asciiTheme="majorHAnsi" w:hAnsiTheme="majorHAnsi" w:cstheme="majorHAnsi"/>
                <w:lang w:val="nl-BE"/>
              </w:rPr>
              <w:t>: NAAM + TEL</w:t>
            </w:r>
          </w:p>
        </w:tc>
        <w:tc>
          <w:tcPr>
            <w:tcW w:w="4421" w:type="dxa"/>
          </w:tcPr>
          <w:p w14:paraId="0572205D" w14:textId="77777777" w:rsidR="0074498B" w:rsidRPr="00085643" w:rsidRDefault="0074498B" w:rsidP="0074498B">
            <w:pPr>
              <w:spacing w:after="200" w:line="276" w:lineRule="auto"/>
              <w:rPr>
                <w:rFonts w:asciiTheme="majorHAnsi" w:hAnsiTheme="majorHAnsi" w:cstheme="majorHAnsi"/>
                <w:b/>
                <w:bCs/>
                <w:lang w:val="nl-BE"/>
              </w:rPr>
            </w:pPr>
            <w:r w:rsidRPr="00085643">
              <w:rPr>
                <w:rFonts w:ascii="Segoe UI Emoji" w:hAnsi="Segoe UI Emoji" w:cs="Segoe UI Emoji"/>
                <w:b/>
                <w:bCs/>
                <w:lang w:val="nl-BE"/>
              </w:rPr>
              <w:t>💡</w:t>
            </w:r>
            <w:r w:rsidRPr="00085643">
              <w:rPr>
                <w:rFonts w:asciiTheme="majorHAnsi" w:hAnsiTheme="majorHAnsi" w:cstheme="majorHAnsi"/>
                <w:b/>
                <w:bCs/>
                <w:lang w:val="nl-BE"/>
              </w:rPr>
              <w:t xml:space="preserve"> TIPS</w:t>
            </w:r>
          </w:p>
          <w:p w14:paraId="20E7F552" w14:textId="71BC0B89" w:rsidR="00085643" w:rsidRPr="00085643" w:rsidRDefault="00085643" w:rsidP="38C1497A">
            <w:pPr>
              <w:rPr>
                <w:rFonts w:asciiTheme="majorHAnsi" w:hAnsiTheme="majorHAnsi" w:cstheme="majorBidi"/>
                <w:lang w:val="nl-BE"/>
              </w:rPr>
            </w:pPr>
            <w:r w:rsidRPr="38C1497A">
              <w:rPr>
                <w:rFonts w:ascii="Segoe UI Symbol" w:hAnsi="Segoe UI Symbol" w:cs="Segoe UI Symbol"/>
                <w:lang w:val="nl-BE"/>
              </w:rPr>
              <w:t>✔</w:t>
            </w:r>
            <w:r w:rsidRPr="38C1497A">
              <w:rPr>
                <w:rFonts w:asciiTheme="majorHAnsi" w:hAnsiTheme="majorHAnsi" w:cstheme="majorBidi"/>
                <w:lang w:val="nl-BE"/>
              </w:rPr>
              <w:t xml:space="preserve"> Werk altijd via teamleiders</w:t>
            </w:r>
            <w:r w:rsidR="543E933E" w:rsidRPr="38C1497A">
              <w:rPr>
                <w:rFonts w:asciiTheme="majorHAnsi" w:hAnsiTheme="majorHAnsi" w:cstheme="majorBidi"/>
                <w:lang w:val="nl-BE"/>
              </w:rPr>
              <w:t xml:space="preserve"> </w:t>
            </w:r>
          </w:p>
          <w:p w14:paraId="7DBB1BB5" w14:textId="77777777" w:rsidR="00085643" w:rsidRPr="00085643" w:rsidRDefault="00085643" w:rsidP="00085643">
            <w:pPr>
              <w:rPr>
                <w:rFonts w:asciiTheme="majorHAnsi" w:hAnsiTheme="majorHAnsi" w:cstheme="majorHAnsi"/>
                <w:lang w:val="nl-BE"/>
              </w:rPr>
            </w:pPr>
            <w:r w:rsidRPr="00085643">
              <w:rPr>
                <w:rFonts w:ascii="Segoe UI Symbol" w:hAnsi="Segoe UI Symbol" w:cs="Segoe UI Symbol"/>
                <w:lang w:val="nl-BE"/>
              </w:rPr>
              <w:t>✔</w:t>
            </w:r>
            <w:r w:rsidRPr="00085643">
              <w:rPr>
                <w:rFonts w:asciiTheme="majorHAnsi" w:hAnsiTheme="majorHAnsi" w:cstheme="majorHAnsi"/>
                <w:lang w:val="nl-BE"/>
              </w:rPr>
              <w:t xml:space="preserve"> Hou overzicht, vermijd versnippering</w:t>
            </w:r>
          </w:p>
          <w:p w14:paraId="0E22F58E" w14:textId="77777777" w:rsidR="00085643" w:rsidRPr="00085643" w:rsidRDefault="00085643" w:rsidP="00085643">
            <w:pPr>
              <w:rPr>
                <w:rFonts w:asciiTheme="majorHAnsi" w:hAnsiTheme="majorHAnsi" w:cstheme="majorHAnsi"/>
                <w:lang w:val="nl-BE"/>
              </w:rPr>
            </w:pPr>
            <w:r w:rsidRPr="00085643">
              <w:rPr>
                <w:rFonts w:ascii="Segoe UI Symbol" w:hAnsi="Segoe UI Symbol" w:cs="Segoe UI Symbol"/>
                <w:lang w:val="nl-BE"/>
              </w:rPr>
              <w:t>✔</w:t>
            </w:r>
            <w:r w:rsidRPr="00085643">
              <w:rPr>
                <w:rFonts w:asciiTheme="majorHAnsi" w:hAnsiTheme="majorHAnsi" w:cstheme="majorHAnsi"/>
                <w:lang w:val="nl-BE"/>
              </w:rPr>
              <w:t xml:space="preserve"> Communiceer helder en herhaal kerninfo</w:t>
            </w:r>
          </w:p>
          <w:p w14:paraId="5CF58E0A" w14:textId="6E32F35E" w:rsidR="0074498B" w:rsidRPr="00085643" w:rsidRDefault="00085643" w:rsidP="00085643">
            <w:pPr>
              <w:spacing w:after="200" w:line="276" w:lineRule="auto"/>
              <w:rPr>
                <w:rFonts w:asciiTheme="majorHAnsi" w:hAnsiTheme="majorHAnsi" w:cstheme="majorHAnsi"/>
                <w:lang w:val="nl-BE"/>
              </w:rPr>
            </w:pPr>
            <w:r w:rsidRPr="00085643">
              <w:rPr>
                <w:rFonts w:ascii="Segoe UI Symbol" w:hAnsi="Segoe UI Symbol" w:cs="Segoe UI Symbol"/>
                <w:lang w:val="nl-BE"/>
              </w:rPr>
              <w:t>✔</w:t>
            </w:r>
            <w:r w:rsidRPr="00085643">
              <w:rPr>
                <w:rFonts w:asciiTheme="majorHAnsi" w:hAnsiTheme="majorHAnsi" w:cstheme="majorHAnsi"/>
                <w:lang w:val="nl-BE"/>
              </w:rPr>
              <w:t xml:space="preserve"> Let actief op vermoeidheid en draagkracht</w:t>
            </w:r>
          </w:p>
        </w:tc>
      </w:tr>
    </w:tbl>
    <w:p w14:paraId="316A3A51" w14:textId="77777777" w:rsidR="006E24DE" w:rsidRPr="0074498B" w:rsidRDefault="006E24DE">
      <w:pPr>
        <w:rPr>
          <w:rFonts w:asciiTheme="majorHAnsi" w:hAnsiTheme="majorHAnsi" w:cstheme="majorHAnsi"/>
          <w:lang w:val="nl-BE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3595"/>
        <w:gridCol w:w="4018"/>
        <w:gridCol w:w="3177"/>
      </w:tblGrid>
      <w:tr w:rsidR="00C27EBA" w:rsidRPr="0074498B" w14:paraId="0D917ADB" w14:textId="77777777" w:rsidTr="38C1497A">
        <w:tc>
          <w:tcPr>
            <w:tcW w:w="1666" w:type="pct"/>
          </w:tcPr>
          <w:p w14:paraId="69797CFD" w14:textId="290D02A1" w:rsidR="00C27EBA" w:rsidRPr="0074498B" w:rsidRDefault="00275B1F" w:rsidP="0074498B">
            <w:pPr>
              <w:spacing w:after="120"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sz w:val="24"/>
              </w:rPr>
              <w:t xml:space="preserve">TAKEN BIJ </w:t>
            </w:r>
            <w:r w:rsidR="002D2072">
              <w:rPr>
                <w:rFonts w:asciiTheme="majorHAnsi" w:hAnsiTheme="majorHAnsi" w:cstheme="majorHAnsi"/>
                <w:b/>
                <w:sz w:val="24"/>
              </w:rPr>
              <w:t>ACTIVATIE</w:t>
            </w:r>
          </w:p>
        </w:tc>
        <w:tc>
          <w:tcPr>
            <w:tcW w:w="1862" w:type="pct"/>
          </w:tcPr>
          <w:p w14:paraId="74BCE2C7" w14:textId="139C2D33" w:rsidR="00C27EBA" w:rsidRPr="0074498B" w:rsidRDefault="00275B1F" w:rsidP="0074498B">
            <w:pPr>
              <w:spacing w:after="120"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sz w:val="24"/>
              </w:rPr>
              <w:t xml:space="preserve">TAKEN </w:t>
            </w:r>
            <w:r w:rsidR="00C27EBA" w:rsidRPr="0074498B">
              <w:rPr>
                <w:rFonts w:asciiTheme="majorHAnsi" w:hAnsiTheme="majorHAnsi" w:cstheme="majorHAnsi"/>
                <w:b/>
                <w:sz w:val="24"/>
              </w:rPr>
              <w:t>TIJDENS DE INZET</w:t>
            </w:r>
          </w:p>
        </w:tc>
        <w:tc>
          <w:tcPr>
            <w:tcW w:w="1472" w:type="pct"/>
          </w:tcPr>
          <w:p w14:paraId="0D54E994" w14:textId="68F56C76" w:rsidR="00C27EBA" w:rsidRPr="0074498B" w:rsidRDefault="00275B1F" w:rsidP="0074498B">
            <w:pPr>
              <w:spacing w:after="120"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sz w:val="24"/>
              </w:rPr>
              <w:t xml:space="preserve">TAKEN BIJ </w:t>
            </w:r>
            <w:r w:rsidR="00C27EBA" w:rsidRPr="0074498B">
              <w:rPr>
                <w:rFonts w:asciiTheme="majorHAnsi" w:hAnsiTheme="majorHAnsi" w:cstheme="majorHAnsi"/>
                <w:b/>
                <w:sz w:val="24"/>
              </w:rPr>
              <w:t>AFRONDING</w:t>
            </w:r>
          </w:p>
        </w:tc>
      </w:tr>
      <w:tr w:rsidR="00C27EBA" w:rsidRPr="000E6904" w14:paraId="0865F93B" w14:textId="77777777" w:rsidTr="38C1497A">
        <w:tc>
          <w:tcPr>
            <w:tcW w:w="1666" w:type="pct"/>
          </w:tcPr>
          <w:p w14:paraId="2D0971CA" w14:textId="77777777" w:rsidR="002D2072" w:rsidRPr="002D2072" w:rsidRDefault="002D2072" w:rsidP="38C1497A">
            <w:pPr>
              <w:pStyle w:val="Lijstopsomteken"/>
              <w:spacing w:after="120"/>
              <w:rPr>
                <w:rFonts w:asciiTheme="majorHAnsi" w:hAnsiTheme="majorHAnsi" w:cstheme="majorBidi"/>
                <w:lang w:val="nl-BE"/>
              </w:rPr>
            </w:pPr>
            <w:r w:rsidRPr="38C1497A">
              <w:rPr>
                <w:rFonts w:asciiTheme="majorHAnsi" w:hAnsiTheme="majorHAnsi" w:cstheme="majorBidi"/>
                <w:lang w:val="nl-BE"/>
              </w:rPr>
              <w:t>Activatie bevestigd door burgemeester</w:t>
            </w:r>
          </w:p>
          <w:p w14:paraId="5E5F27E0" w14:textId="77777777" w:rsidR="002D2072" w:rsidRPr="002D2072" w:rsidRDefault="002D2072" w:rsidP="38C1497A">
            <w:pPr>
              <w:pStyle w:val="Lijstopsomteken"/>
              <w:spacing w:after="120"/>
              <w:rPr>
                <w:rFonts w:asciiTheme="majorHAnsi" w:hAnsiTheme="majorHAnsi" w:cstheme="majorBidi"/>
                <w:lang w:val="nl-BE"/>
              </w:rPr>
            </w:pPr>
            <w:r w:rsidRPr="38C1497A">
              <w:rPr>
                <w:rFonts w:asciiTheme="majorHAnsi" w:hAnsiTheme="majorHAnsi" w:cstheme="majorBidi"/>
                <w:lang w:val="nl-BE"/>
              </w:rPr>
              <w:t>Vrijwilligers alarmeren en beschikbaarheden verzamelen</w:t>
            </w:r>
          </w:p>
          <w:p w14:paraId="03899FE2" w14:textId="77777777" w:rsidR="002D2072" w:rsidRPr="002D2072" w:rsidRDefault="002D2072" w:rsidP="38C1497A">
            <w:pPr>
              <w:pStyle w:val="Lijstopsomteken"/>
              <w:spacing w:after="120"/>
              <w:rPr>
                <w:rFonts w:asciiTheme="majorHAnsi" w:hAnsiTheme="majorHAnsi" w:cstheme="majorBidi"/>
                <w:lang w:val="nl-BE"/>
              </w:rPr>
            </w:pPr>
            <w:r w:rsidRPr="38C1497A">
              <w:rPr>
                <w:rFonts w:asciiTheme="majorHAnsi" w:hAnsiTheme="majorHAnsi" w:cstheme="majorBidi"/>
                <w:lang w:val="nl-BE"/>
              </w:rPr>
              <w:t>Teamleider(s) aanduiden en informeren</w:t>
            </w:r>
          </w:p>
          <w:p w14:paraId="51C75CF8" w14:textId="23C7EE46" w:rsidR="002D2072" w:rsidRPr="002D2072" w:rsidRDefault="109BF667" w:rsidP="237EACBC">
            <w:pPr>
              <w:pStyle w:val="Lijstopsomteken"/>
              <w:spacing w:after="120"/>
              <w:rPr>
                <w:rFonts w:asciiTheme="majorHAnsi" w:hAnsiTheme="majorHAnsi" w:cstheme="majorBidi"/>
                <w:lang w:val="nl-BE"/>
              </w:rPr>
            </w:pPr>
            <w:r w:rsidRPr="38C1497A">
              <w:rPr>
                <w:rFonts w:asciiTheme="majorHAnsi" w:hAnsiTheme="majorHAnsi" w:cstheme="majorBidi"/>
                <w:lang w:val="nl-BE"/>
              </w:rPr>
              <w:t>Inzet plannen (wie, waar, wanneer, hoe lang)</w:t>
            </w:r>
            <w:r w:rsidR="25AF0481" w:rsidRPr="38C1497A">
              <w:rPr>
                <w:rFonts w:asciiTheme="majorHAnsi" w:hAnsiTheme="majorHAnsi" w:cstheme="majorBidi"/>
                <w:lang w:val="nl-BE"/>
              </w:rPr>
              <w:t xml:space="preserve"> + aflos van shifts</w:t>
            </w:r>
          </w:p>
          <w:p w14:paraId="684674F3" w14:textId="77777777" w:rsidR="002D2072" w:rsidRPr="002D2072" w:rsidRDefault="002D2072" w:rsidP="38C1497A">
            <w:pPr>
              <w:pStyle w:val="Lijstopsomteken"/>
              <w:spacing w:after="120"/>
              <w:rPr>
                <w:rFonts w:asciiTheme="majorHAnsi" w:hAnsiTheme="majorHAnsi" w:cstheme="majorBidi"/>
                <w:lang w:val="nl-BE"/>
              </w:rPr>
            </w:pPr>
            <w:r w:rsidRPr="38C1497A">
              <w:rPr>
                <w:rFonts w:asciiTheme="majorHAnsi" w:hAnsiTheme="majorHAnsi" w:cstheme="majorBidi"/>
                <w:lang w:val="nl-BE"/>
              </w:rPr>
              <w:t>Praktische omkadering regelen</w:t>
            </w:r>
          </w:p>
          <w:p w14:paraId="2122DDDB" w14:textId="0F1F5C47" w:rsidR="00C27EBA" w:rsidRPr="002D2072" w:rsidRDefault="002D2072" w:rsidP="38C1497A">
            <w:pPr>
              <w:pStyle w:val="Lijstopsomteken"/>
              <w:spacing w:after="120"/>
              <w:rPr>
                <w:rFonts w:asciiTheme="majorHAnsi" w:hAnsiTheme="majorHAnsi" w:cstheme="majorBidi"/>
                <w:lang w:val="nl-BE"/>
              </w:rPr>
            </w:pPr>
            <w:r w:rsidRPr="38C1497A">
              <w:rPr>
                <w:rFonts w:asciiTheme="majorHAnsi" w:hAnsiTheme="majorHAnsi" w:cstheme="majorBidi"/>
                <w:lang w:val="nl-BE"/>
              </w:rPr>
              <w:t>Vrijwilligers informeren over locatie, timing, taken, kledij en contactpersoon</w:t>
            </w:r>
          </w:p>
        </w:tc>
        <w:tc>
          <w:tcPr>
            <w:tcW w:w="1862" w:type="pct"/>
          </w:tcPr>
          <w:p w14:paraId="694E622E" w14:textId="77777777" w:rsidR="002D2072" w:rsidRPr="002D2072" w:rsidRDefault="002D2072" w:rsidP="002D2072">
            <w:pPr>
              <w:pStyle w:val="Lijstopsomteken"/>
              <w:numPr>
                <w:ilvl w:val="0"/>
                <w:numId w:val="11"/>
              </w:numPr>
              <w:spacing w:after="120"/>
              <w:rPr>
                <w:rFonts w:asciiTheme="majorHAnsi" w:hAnsiTheme="majorHAnsi" w:cstheme="majorHAnsi"/>
                <w:lang w:val="nl-BE"/>
              </w:rPr>
            </w:pPr>
            <w:r w:rsidRPr="002D2072">
              <w:rPr>
                <w:rFonts w:asciiTheme="majorHAnsi" w:hAnsiTheme="majorHAnsi" w:cstheme="majorHAnsi"/>
                <w:lang w:val="nl-BE"/>
              </w:rPr>
              <w:t>Contact houden met teamleider(s)</w:t>
            </w:r>
          </w:p>
          <w:p w14:paraId="7F1968A9" w14:textId="6D8AADDF" w:rsidR="002D2072" w:rsidRPr="002D2072" w:rsidRDefault="7B782A16" w:rsidP="00F9111E">
            <w:pPr>
              <w:pStyle w:val="Lijstopsomteken"/>
              <w:spacing w:after="120"/>
              <w:ind w:left="720"/>
              <w:rPr>
                <w:rFonts w:asciiTheme="majorHAnsi" w:hAnsiTheme="majorHAnsi" w:cstheme="majorBidi"/>
                <w:lang w:val="nl-BE"/>
              </w:rPr>
            </w:pPr>
            <w:r w:rsidRPr="237EACBC">
              <w:rPr>
                <w:rFonts w:asciiTheme="majorHAnsi" w:hAnsiTheme="majorHAnsi" w:cstheme="majorBidi"/>
                <w:lang w:val="nl-BE"/>
              </w:rPr>
              <w:t>Vragen en noden van burgemeester, Dir CP-Ops en NPC capteren</w:t>
            </w:r>
            <w:r w:rsidR="1A2A5912" w:rsidRPr="237EACBC">
              <w:rPr>
                <w:rFonts w:asciiTheme="majorHAnsi" w:hAnsiTheme="majorHAnsi" w:cstheme="majorBidi"/>
                <w:lang w:val="nl-BE"/>
              </w:rPr>
              <w:t>, alsook van vrijwilligers</w:t>
            </w:r>
          </w:p>
          <w:p w14:paraId="0CD10619" w14:textId="77777777" w:rsidR="002D2072" w:rsidRDefault="002D2072" w:rsidP="00F9111E">
            <w:pPr>
              <w:pStyle w:val="Lijstopsomteken"/>
              <w:spacing w:after="120"/>
              <w:ind w:left="720"/>
              <w:rPr>
                <w:rFonts w:asciiTheme="majorHAnsi" w:hAnsiTheme="majorHAnsi" w:cstheme="majorBidi"/>
                <w:lang w:val="nl-BE"/>
              </w:rPr>
            </w:pPr>
            <w:r w:rsidRPr="38C1497A">
              <w:rPr>
                <w:rFonts w:asciiTheme="majorHAnsi" w:hAnsiTheme="majorHAnsi" w:cstheme="majorBidi"/>
                <w:lang w:val="nl-BE"/>
              </w:rPr>
              <w:t>Informatie vertalen naar teamleiders</w:t>
            </w:r>
          </w:p>
          <w:p w14:paraId="052CB9C5" w14:textId="77777777" w:rsidR="003A30BC" w:rsidRPr="002D2072" w:rsidRDefault="003A30BC" w:rsidP="003A30BC">
            <w:pPr>
              <w:pStyle w:val="Lijstopsomteken"/>
              <w:numPr>
                <w:ilvl w:val="0"/>
                <w:numId w:val="0"/>
              </w:numPr>
              <w:spacing w:after="120"/>
              <w:ind w:left="360"/>
              <w:rPr>
                <w:rFonts w:asciiTheme="majorHAnsi" w:hAnsiTheme="majorHAnsi" w:cstheme="majorBidi"/>
                <w:lang w:val="nl-BE"/>
              </w:rPr>
            </w:pPr>
          </w:p>
          <w:p w14:paraId="49E3935F" w14:textId="77777777" w:rsidR="002D2072" w:rsidRPr="002D2072" w:rsidRDefault="002D2072" w:rsidP="002D2072">
            <w:pPr>
              <w:pStyle w:val="Lijstopsomteken"/>
              <w:numPr>
                <w:ilvl w:val="0"/>
                <w:numId w:val="11"/>
              </w:numPr>
              <w:spacing w:after="120"/>
              <w:rPr>
                <w:rFonts w:asciiTheme="majorHAnsi" w:hAnsiTheme="majorHAnsi" w:cstheme="majorHAnsi"/>
                <w:lang w:val="nl-BE"/>
              </w:rPr>
            </w:pPr>
            <w:r w:rsidRPr="002D2072">
              <w:rPr>
                <w:rFonts w:asciiTheme="majorHAnsi" w:hAnsiTheme="majorHAnsi" w:cstheme="majorHAnsi"/>
                <w:lang w:val="nl-BE"/>
              </w:rPr>
              <w:t>Overzicht bewaren over inzet en haalbaarheid</w:t>
            </w:r>
          </w:p>
          <w:p w14:paraId="3A997662" w14:textId="156505C5" w:rsidR="002D2072" w:rsidRPr="003A30BC" w:rsidRDefault="00820B6C" w:rsidP="00F9111E">
            <w:pPr>
              <w:pStyle w:val="Lijstopsomteken"/>
              <w:spacing w:after="120"/>
              <w:ind w:left="720"/>
              <w:rPr>
                <w:rFonts w:asciiTheme="majorHAnsi" w:hAnsiTheme="majorHAnsi" w:cstheme="majorBidi"/>
              </w:rPr>
            </w:pPr>
            <w:r>
              <w:rPr>
                <w:rFonts w:asciiTheme="majorHAnsi" w:hAnsiTheme="majorHAnsi" w:cstheme="majorBidi"/>
              </w:rPr>
              <w:t>Ook D</w:t>
            </w:r>
            <w:r w:rsidR="002D2072" w:rsidRPr="38C1497A">
              <w:rPr>
                <w:rFonts w:asciiTheme="majorHAnsi" w:hAnsiTheme="majorHAnsi" w:cstheme="majorBidi"/>
              </w:rPr>
              <w:t xml:space="preserve">5 </w:t>
            </w:r>
            <w:r w:rsidR="002D2072" w:rsidRPr="38C1497A">
              <w:rPr>
                <w:rFonts w:asciiTheme="majorHAnsi" w:hAnsiTheme="majorHAnsi" w:cstheme="majorBidi"/>
                <w:lang w:val="nl-BE"/>
              </w:rPr>
              <w:t>informeren</w:t>
            </w:r>
            <w:r>
              <w:rPr>
                <w:rFonts w:asciiTheme="majorHAnsi" w:hAnsiTheme="majorHAnsi" w:cstheme="majorBidi"/>
                <w:lang w:val="nl-BE"/>
              </w:rPr>
              <w:t xml:space="preserve"> </w:t>
            </w:r>
            <w:proofErr w:type="spellStart"/>
            <w:r>
              <w:rPr>
                <w:rFonts w:asciiTheme="majorHAnsi" w:hAnsiTheme="majorHAnsi" w:cstheme="majorBidi"/>
                <w:lang w:val="nl-BE"/>
              </w:rPr>
              <w:t>i</w:t>
            </w:r>
            <w:r w:rsidR="003A30BC">
              <w:rPr>
                <w:rFonts w:asciiTheme="majorHAnsi" w:hAnsiTheme="majorHAnsi" w:cstheme="majorBidi"/>
                <w:lang w:val="nl-BE"/>
              </w:rPr>
              <w:t>.</w:t>
            </w:r>
            <w:r>
              <w:rPr>
                <w:rFonts w:asciiTheme="majorHAnsi" w:hAnsiTheme="majorHAnsi" w:cstheme="majorBidi"/>
                <w:lang w:val="nl-BE"/>
              </w:rPr>
              <w:t>f</w:t>
            </w:r>
            <w:r w:rsidR="003A30BC">
              <w:rPr>
                <w:rFonts w:asciiTheme="majorHAnsi" w:hAnsiTheme="majorHAnsi" w:cstheme="majorBidi"/>
                <w:lang w:val="nl-BE"/>
              </w:rPr>
              <w:t>.</w:t>
            </w:r>
            <w:r>
              <w:rPr>
                <w:rFonts w:asciiTheme="majorHAnsi" w:hAnsiTheme="majorHAnsi" w:cstheme="majorBidi"/>
                <w:lang w:val="nl-BE"/>
              </w:rPr>
              <w:t>v</w:t>
            </w:r>
            <w:proofErr w:type="spellEnd"/>
            <w:r w:rsidR="003A30BC">
              <w:rPr>
                <w:rFonts w:asciiTheme="majorHAnsi" w:hAnsiTheme="majorHAnsi" w:cstheme="majorBidi"/>
                <w:lang w:val="nl-BE"/>
              </w:rPr>
              <w:t>.</w:t>
            </w:r>
            <w:r>
              <w:rPr>
                <w:rFonts w:asciiTheme="majorHAnsi" w:hAnsiTheme="majorHAnsi" w:cstheme="majorBidi"/>
                <w:lang w:val="nl-BE"/>
              </w:rPr>
              <w:t xml:space="preserve"> publieksinf</w:t>
            </w:r>
            <w:r w:rsidR="003A30BC">
              <w:rPr>
                <w:rFonts w:asciiTheme="majorHAnsi" w:hAnsiTheme="majorHAnsi" w:cstheme="majorBidi"/>
                <w:lang w:val="nl-BE"/>
              </w:rPr>
              <w:t>o</w:t>
            </w:r>
          </w:p>
          <w:p w14:paraId="5BA9D55A" w14:textId="77777777" w:rsidR="003A30BC" w:rsidRPr="002D2072" w:rsidRDefault="003A30BC" w:rsidP="003A30BC">
            <w:pPr>
              <w:pStyle w:val="Lijstopsomteken"/>
              <w:numPr>
                <w:ilvl w:val="0"/>
                <w:numId w:val="0"/>
              </w:numPr>
              <w:spacing w:after="120"/>
              <w:ind w:left="360"/>
              <w:rPr>
                <w:rFonts w:asciiTheme="majorHAnsi" w:hAnsiTheme="majorHAnsi" w:cstheme="majorBidi"/>
              </w:rPr>
            </w:pPr>
          </w:p>
          <w:p w14:paraId="51A5DA2C" w14:textId="18148EAD" w:rsidR="00C27EBA" w:rsidRPr="002D2072" w:rsidRDefault="002D2072" w:rsidP="002D2072">
            <w:pPr>
              <w:pStyle w:val="Lijstopsomteken"/>
              <w:numPr>
                <w:ilvl w:val="0"/>
                <w:numId w:val="11"/>
              </w:numPr>
              <w:spacing w:after="120"/>
              <w:rPr>
                <w:rFonts w:asciiTheme="majorHAnsi" w:hAnsiTheme="majorHAnsi" w:cstheme="majorHAnsi"/>
                <w:lang w:val="nl-BE"/>
              </w:rPr>
            </w:pPr>
            <w:r w:rsidRPr="002D2072">
              <w:rPr>
                <w:rFonts w:asciiTheme="majorHAnsi" w:hAnsiTheme="majorHAnsi" w:cstheme="majorHAnsi"/>
                <w:lang w:val="nl-BE"/>
              </w:rPr>
              <w:t xml:space="preserve">Stand van zaken geven aan CC-Gem </w:t>
            </w:r>
            <w:r w:rsidR="0049301F">
              <w:rPr>
                <w:rFonts w:asciiTheme="majorHAnsi" w:hAnsiTheme="majorHAnsi" w:cstheme="majorHAnsi"/>
                <w:lang w:val="nl-BE"/>
              </w:rPr>
              <w:t>en/</w:t>
            </w:r>
            <w:r w:rsidRPr="002D2072">
              <w:rPr>
                <w:rFonts w:asciiTheme="majorHAnsi" w:hAnsiTheme="majorHAnsi" w:cstheme="majorHAnsi"/>
                <w:lang w:val="nl-BE"/>
              </w:rPr>
              <w:t>of CP-</w:t>
            </w:r>
            <w:proofErr w:type="spellStart"/>
            <w:r w:rsidRPr="002D2072">
              <w:rPr>
                <w:rFonts w:asciiTheme="majorHAnsi" w:hAnsiTheme="majorHAnsi" w:cstheme="majorHAnsi"/>
                <w:lang w:val="nl-BE"/>
              </w:rPr>
              <w:t>Ops</w:t>
            </w:r>
            <w:proofErr w:type="spellEnd"/>
          </w:p>
        </w:tc>
        <w:tc>
          <w:tcPr>
            <w:tcW w:w="1472" w:type="pct"/>
          </w:tcPr>
          <w:p w14:paraId="1DB013D8" w14:textId="77777777" w:rsidR="002D2072" w:rsidRPr="002D2072" w:rsidRDefault="002D2072" w:rsidP="38C1497A">
            <w:pPr>
              <w:pStyle w:val="Lijstopsomteken"/>
              <w:spacing w:after="120"/>
              <w:rPr>
                <w:rFonts w:asciiTheme="majorHAnsi" w:hAnsiTheme="majorHAnsi" w:cstheme="majorBidi"/>
                <w:lang w:val="nl-BE"/>
              </w:rPr>
            </w:pPr>
            <w:r w:rsidRPr="38C1497A">
              <w:rPr>
                <w:rFonts w:asciiTheme="majorHAnsi" w:hAnsiTheme="majorHAnsi" w:cstheme="majorBidi"/>
                <w:lang w:val="nl-BE"/>
              </w:rPr>
              <w:t>Aandacht voor welzijn van vrijwilligers</w:t>
            </w:r>
          </w:p>
          <w:p w14:paraId="0A9F1BFC" w14:textId="77777777" w:rsidR="003A30BC" w:rsidRDefault="7B782A16" w:rsidP="003A30BC">
            <w:pPr>
              <w:pStyle w:val="Lijstopsomteken"/>
              <w:spacing w:after="120"/>
              <w:rPr>
                <w:rFonts w:asciiTheme="majorHAnsi" w:hAnsiTheme="majorHAnsi" w:cstheme="majorBidi"/>
                <w:lang w:val="nl-BE"/>
              </w:rPr>
            </w:pPr>
            <w:r w:rsidRPr="237EACBC">
              <w:rPr>
                <w:rFonts w:asciiTheme="majorHAnsi" w:hAnsiTheme="majorHAnsi" w:cstheme="majorBidi"/>
                <w:lang w:val="nl-BE"/>
              </w:rPr>
              <w:t>Indien nodig doorverwijzen naar</w:t>
            </w:r>
            <w:r w:rsidR="635F21A2" w:rsidRPr="237EACBC">
              <w:rPr>
                <w:rFonts w:asciiTheme="majorHAnsi" w:hAnsiTheme="majorHAnsi" w:cstheme="majorBidi"/>
                <w:lang w:val="nl-BE"/>
              </w:rPr>
              <w:t xml:space="preserve"> gepaste </w:t>
            </w:r>
            <w:r w:rsidRPr="237EACBC">
              <w:rPr>
                <w:rFonts w:asciiTheme="majorHAnsi" w:hAnsiTheme="majorHAnsi" w:cstheme="majorBidi"/>
                <w:lang w:val="nl-BE"/>
              </w:rPr>
              <w:t>ondersteuning</w:t>
            </w:r>
          </w:p>
          <w:p w14:paraId="2636A3C2" w14:textId="21A3E93D" w:rsidR="002D2072" w:rsidRPr="003A30BC" w:rsidRDefault="002D2072" w:rsidP="003A30BC">
            <w:pPr>
              <w:pStyle w:val="Lijstopsomteken"/>
              <w:spacing w:after="120"/>
              <w:rPr>
                <w:rFonts w:asciiTheme="majorHAnsi" w:hAnsiTheme="majorHAnsi" w:cstheme="majorBidi"/>
                <w:lang w:val="nl-BE"/>
              </w:rPr>
            </w:pPr>
            <w:r w:rsidRPr="003A30BC">
              <w:rPr>
                <w:rFonts w:asciiTheme="majorHAnsi" w:hAnsiTheme="majorHAnsi" w:cstheme="majorHAnsi"/>
                <w:lang w:val="nl-BE"/>
              </w:rPr>
              <w:t xml:space="preserve">Debriefing organiseren </w:t>
            </w:r>
            <w:r w:rsidR="003A30BC">
              <w:rPr>
                <w:rFonts w:asciiTheme="majorHAnsi" w:hAnsiTheme="majorHAnsi" w:cstheme="majorHAnsi"/>
                <w:lang w:val="nl-BE"/>
              </w:rPr>
              <w:t>i.s.m.</w:t>
            </w:r>
            <w:r w:rsidRPr="003A30BC">
              <w:rPr>
                <w:rFonts w:asciiTheme="majorHAnsi" w:hAnsiTheme="majorHAnsi" w:cstheme="majorHAnsi"/>
                <w:lang w:val="nl-BE"/>
              </w:rPr>
              <w:t xml:space="preserve"> NPC</w:t>
            </w:r>
          </w:p>
          <w:p w14:paraId="62AFABFD" w14:textId="77777777" w:rsidR="00C27EBA" w:rsidRPr="0074498B" w:rsidRDefault="00C27EBA" w:rsidP="0074498B">
            <w:pPr>
              <w:spacing w:after="120" w:line="276" w:lineRule="auto"/>
              <w:rPr>
                <w:rFonts w:asciiTheme="majorHAnsi" w:hAnsiTheme="majorHAnsi" w:cstheme="majorHAnsi"/>
                <w:lang w:val="nl-BE"/>
              </w:rPr>
            </w:pPr>
          </w:p>
        </w:tc>
      </w:tr>
    </w:tbl>
    <w:p w14:paraId="05395F3E" w14:textId="77777777" w:rsidR="0074498B" w:rsidRDefault="0074498B" w:rsidP="0074498B">
      <w:pPr>
        <w:rPr>
          <w:rFonts w:asciiTheme="majorHAnsi" w:hAnsiTheme="majorHAnsi" w:cstheme="majorHAnsi"/>
          <w:lang w:val="nl-BE"/>
        </w:rPr>
      </w:pPr>
    </w:p>
    <w:p w14:paraId="33BCFABF" w14:textId="77777777" w:rsidR="00F9111E" w:rsidRPr="000E6904" w:rsidRDefault="00F9111E" w:rsidP="0074498B">
      <w:pPr>
        <w:rPr>
          <w:rFonts w:asciiTheme="majorHAnsi" w:hAnsiTheme="majorHAnsi" w:cstheme="majorHAnsi"/>
          <w:lang w:val="nl-BE"/>
        </w:rPr>
      </w:pPr>
    </w:p>
    <w:tbl>
      <w:tblPr>
        <w:tblStyle w:val="Tabelraster"/>
        <w:tblW w:w="1043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8"/>
        <w:gridCol w:w="7946"/>
      </w:tblGrid>
      <w:tr w:rsidR="00F9111E" w:rsidRPr="00F9111E" w14:paraId="10846C28" w14:textId="77777777" w:rsidTr="00F9111E">
        <w:trPr>
          <w:trHeight w:val="2147"/>
          <w:jc w:val="center"/>
        </w:trPr>
        <w:tc>
          <w:tcPr>
            <w:tcW w:w="2488" w:type="dxa"/>
            <w:vAlign w:val="center"/>
          </w:tcPr>
          <w:p w14:paraId="5E4771E5" w14:textId="292BA776" w:rsidR="0074498B" w:rsidRPr="0074498B" w:rsidRDefault="0074498B" w:rsidP="0074498B">
            <w:pPr>
              <w:pStyle w:val="Kop3"/>
              <w:rPr>
                <w:rFonts w:eastAsiaTheme="minorEastAsia" w:cstheme="majorHAnsi"/>
                <w:color w:val="FF0000"/>
                <w:lang w:val="nl-BE"/>
              </w:rPr>
            </w:pPr>
            <w:r w:rsidRPr="0074498B">
              <w:rPr>
                <w:rFonts w:ascii="Segoe UI Emoji" w:hAnsi="Segoe UI Emoji" w:cs="Segoe UI Emoji"/>
                <w:color w:val="FF0000"/>
              </w:rPr>
              <w:t>👥</w:t>
            </w:r>
            <w:r w:rsidRPr="0074498B">
              <w:rPr>
                <w:rFonts w:cstheme="majorHAnsi"/>
                <w:color w:val="FF0000"/>
                <w:lang w:val="nl-BE"/>
              </w:rPr>
              <w:t xml:space="preserve"> </w:t>
            </w:r>
            <w:r w:rsidRPr="0074498B">
              <w:rPr>
                <w:rFonts w:eastAsiaTheme="minorEastAsia" w:cstheme="majorHAnsi"/>
                <w:color w:val="FF0000"/>
                <w:lang w:val="nl-BE"/>
              </w:rPr>
              <w:t>INDIEN SPONTANE CRISISVRIJWILLIGERS</w:t>
            </w:r>
          </w:p>
        </w:tc>
        <w:tc>
          <w:tcPr>
            <w:tcW w:w="7946" w:type="dxa"/>
            <w:vAlign w:val="center"/>
          </w:tcPr>
          <w:p w14:paraId="3522DC2F" w14:textId="19A3EDCD" w:rsidR="00085643" w:rsidRPr="00F9111E" w:rsidRDefault="7304542C" w:rsidP="00F9111E">
            <w:pPr>
              <w:pStyle w:val="Normaalweb"/>
              <w:numPr>
                <w:ilvl w:val="0"/>
                <w:numId w:val="20"/>
              </w:numPr>
              <w:rPr>
                <w:rFonts w:asciiTheme="majorHAnsi" w:hAnsiTheme="majorHAnsi" w:cstheme="majorBidi"/>
                <w:sz w:val="22"/>
                <w:szCs w:val="22"/>
              </w:rPr>
            </w:pPr>
            <w:r w:rsidRPr="00F9111E">
              <w:rPr>
                <w:rFonts w:ascii="Calibri" w:eastAsia="Calibri" w:hAnsi="Calibri" w:cs="Calibri"/>
                <w:sz w:val="22"/>
                <w:szCs w:val="22"/>
              </w:rPr>
              <w:t>In principe niet actief inzetten, maar wel responsief zijn indien spontane hulp en solidariteit opborrelen</w:t>
            </w:r>
            <w:r w:rsidRPr="00F9111E">
              <w:t xml:space="preserve"> </w:t>
            </w:r>
          </w:p>
          <w:p w14:paraId="29ACC61E" w14:textId="63500168" w:rsidR="00085643" w:rsidRPr="00F9111E" w:rsidRDefault="7304542C" w:rsidP="00F9111E">
            <w:pPr>
              <w:pStyle w:val="Normaalweb"/>
              <w:numPr>
                <w:ilvl w:val="0"/>
                <w:numId w:val="20"/>
              </w:numPr>
              <w:rPr>
                <w:rFonts w:asciiTheme="majorHAnsi" w:hAnsiTheme="majorHAnsi" w:cstheme="majorBidi"/>
              </w:rPr>
            </w:pPr>
            <w:r w:rsidRPr="00F9111E">
              <w:rPr>
                <w:rFonts w:asciiTheme="majorHAnsi" w:hAnsiTheme="majorHAnsi" w:cstheme="majorBidi"/>
                <w:sz w:val="22"/>
                <w:szCs w:val="22"/>
              </w:rPr>
              <w:t>Bevolking informeren wanneer (nog) geen inzet</w:t>
            </w:r>
          </w:p>
          <w:p w14:paraId="5384498B" w14:textId="6975F72E" w:rsidR="00085643" w:rsidRPr="00F9111E" w:rsidRDefault="3887CCF2" w:rsidP="00F9111E">
            <w:pPr>
              <w:pStyle w:val="Normaalweb"/>
              <w:numPr>
                <w:ilvl w:val="0"/>
                <w:numId w:val="20"/>
              </w:numPr>
              <w:rPr>
                <w:rFonts w:asciiTheme="majorHAnsi" w:hAnsiTheme="majorHAnsi" w:cstheme="majorBidi"/>
                <w:sz w:val="22"/>
                <w:szCs w:val="22"/>
              </w:rPr>
            </w:pPr>
            <w:r w:rsidRPr="00F9111E">
              <w:rPr>
                <w:rFonts w:asciiTheme="majorHAnsi" w:hAnsiTheme="majorHAnsi" w:cstheme="majorBidi"/>
                <w:sz w:val="22"/>
                <w:szCs w:val="22"/>
              </w:rPr>
              <w:t>Instroom kanaliseren</w:t>
            </w:r>
            <w:r w:rsidR="0AC9F2EE" w:rsidRPr="00F9111E">
              <w:rPr>
                <w:rFonts w:asciiTheme="majorHAnsi" w:hAnsiTheme="majorHAnsi" w:cstheme="majorBidi"/>
                <w:sz w:val="22"/>
                <w:szCs w:val="22"/>
              </w:rPr>
              <w:t xml:space="preserve"> (vb. </w:t>
            </w:r>
            <w:r w:rsidR="00E31576" w:rsidRPr="00F9111E">
              <w:rPr>
                <w:rFonts w:asciiTheme="majorHAnsi" w:hAnsiTheme="majorHAnsi" w:cstheme="majorBidi"/>
                <w:sz w:val="22"/>
                <w:szCs w:val="22"/>
              </w:rPr>
              <w:t>mensen zich laten registreren</w:t>
            </w:r>
            <w:r w:rsidR="00F9111E" w:rsidRPr="00F9111E">
              <w:rPr>
                <w:rFonts w:asciiTheme="majorHAnsi" w:hAnsiTheme="majorHAnsi" w:cstheme="majorBidi"/>
                <w:sz w:val="22"/>
                <w:szCs w:val="22"/>
              </w:rPr>
              <w:t xml:space="preserve"> via</w:t>
            </w:r>
            <w:r w:rsidR="00E31576" w:rsidRPr="00F9111E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hyperlink r:id="rId9" w:history="1">
              <w:r w:rsidR="00F379F5" w:rsidRPr="00F9111E">
                <w:rPr>
                  <w:rStyle w:val="Hyperlink"/>
                  <w:rFonts w:asciiTheme="majorHAnsi" w:hAnsiTheme="majorHAnsi" w:cstheme="majorBidi"/>
                  <w:color w:val="0070C0"/>
                  <w:sz w:val="22"/>
                  <w:szCs w:val="22"/>
                </w:rPr>
                <w:t>https://www.rodekruis.be/wat-kan-jij-doen/word-vrijwilliger/wat-kan-je-doen/crisisvrijwilliger/</w:t>
              </w:r>
            </w:hyperlink>
            <w:r w:rsidR="00F9111E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="00F379F5" w:rsidRPr="00F9111E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="00F9111E" w:rsidRPr="00F9111E">
              <w:rPr>
                <w:rFonts w:asciiTheme="majorHAnsi" w:hAnsiTheme="majorHAnsi" w:cstheme="majorBidi"/>
                <w:sz w:val="22"/>
                <w:szCs w:val="22"/>
              </w:rPr>
              <w:t>)</w:t>
            </w:r>
          </w:p>
          <w:p w14:paraId="729DF620" w14:textId="1394D8B8" w:rsidR="00085643" w:rsidRPr="00F9111E" w:rsidRDefault="4420EA73" w:rsidP="00F9111E">
            <w:pPr>
              <w:pStyle w:val="Normaalweb"/>
              <w:numPr>
                <w:ilvl w:val="0"/>
                <w:numId w:val="20"/>
              </w:numPr>
              <w:rPr>
                <w:rFonts w:asciiTheme="majorHAnsi" w:hAnsiTheme="majorHAnsi" w:cstheme="majorBidi"/>
                <w:sz w:val="22"/>
                <w:szCs w:val="22"/>
              </w:rPr>
            </w:pPr>
            <w:r w:rsidRPr="00F9111E">
              <w:rPr>
                <w:rFonts w:asciiTheme="majorHAnsi" w:hAnsiTheme="majorHAnsi" w:cstheme="majorBidi"/>
                <w:sz w:val="22"/>
                <w:szCs w:val="22"/>
              </w:rPr>
              <w:t>Inzet</w:t>
            </w:r>
            <w:r w:rsidR="00F9111E">
              <w:rPr>
                <w:rFonts w:asciiTheme="majorHAnsi" w:hAnsiTheme="majorHAnsi" w:cstheme="majorBidi"/>
                <w:sz w:val="22"/>
                <w:szCs w:val="22"/>
              </w:rPr>
              <w:t xml:space="preserve"> idealiter</w:t>
            </w:r>
            <w:r w:rsidRPr="00F9111E">
              <w:rPr>
                <w:rFonts w:asciiTheme="majorHAnsi" w:hAnsiTheme="majorHAnsi" w:cstheme="majorBidi"/>
                <w:sz w:val="22"/>
                <w:szCs w:val="22"/>
              </w:rPr>
              <w:t xml:space="preserve"> via bestaande structuren </w:t>
            </w:r>
            <w:r w:rsidR="4915E5DB" w:rsidRPr="00F9111E">
              <w:rPr>
                <w:rFonts w:asciiTheme="majorHAnsi" w:hAnsiTheme="majorHAnsi" w:cstheme="majorBidi"/>
                <w:sz w:val="22"/>
                <w:szCs w:val="22"/>
              </w:rPr>
              <w:t>/ verenigingen</w:t>
            </w:r>
          </w:p>
          <w:p w14:paraId="5BDA1AA6" w14:textId="504AC9A2" w:rsidR="4915E5DB" w:rsidRPr="00F9111E" w:rsidRDefault="4915E5DB" w:rsidP="00F9111E">
            <w:pPr>
              <w:pStyle w:val="Normaalweb"/>
              <w:numPr>
                <w:ilvl w:val="0"/>
                <w:numId w:val="20"/>
              </w:numPr>
              <w:rPr>
                <w:rFonts w:asciiTheme="majorHAnsi" w:hAnsiTheme="majorHAnsi" w:cstheme="majorBidi"/>
                <w:sz w:val="22"/>
                <w:szCs w:val="22"/>
              </w:rPr>
            </w:pPr>
            <w:r w:rsidRPr="00F9111E">
              <w:rPr>
                <w:rFonts w:asciiTheme="majorHAnsi" w:hAnsiTheme="majorHAnsi" w:cstheme="majorBidi"/>
                <w:sz w:val="22"/>
                <w:szCs w:val="22"/>
              </w:rPr>
              <w:t>Duidelijk aanspreekpunt op het terrein</w:t>
            </w:r>
          </w:p>
          <w:p w14:paraId="75E9418B" w14:textId="170240C3" w:rsidR="0074498B" w:rsidRPr="00F9111E" w:rsidRDefault="10EA0678" w:rsidP="00F9111E">
            <w:pPr>
              <w:pStyle w:val="Normaalweb"/>
              <w:numPr>
                <w:ilvl w:val="0"/>
                <w:numId w:val="20"/>
              </w:numPr>
              <w:rPr>
                <w:rFonts w:asciiTheme="majorHAnsi" w:hAnsiTheme="majorHAnsi" w:cstheme="majorBidi"/>
                <w:sz w:val="22"/>
                <w:szCs w:val="22"/>
              </w:rPr>
            </w:pPr>
            <w:r w:rsidRPr="00F9111E">
              <w:rPr>
                <w:rFonts w:asciiTheme="majorHAnsi" w:hAnsiTheme="majorHAnsi" w:cstheme="majorBidi"/>
                <w:sz w:val="22"/>
                <w:szCs w:val="22"/>
              </w:rPr>
              <w:t>Teamleiders informeren</w:t>
            </w:r>
            <w:r w:rsidR="00F9111E" w:rsidRPr="00F9111E">
              <w:rPr>
                <w:rFonts w:asciiTheme="majorHAnsi" w:hAnsiTheme="majorHAnsi" w:cstheme="majorBidi"/>
                <w:sz w:val="22"/>
                <w:szCs w:val="22"/>
              </w:rPr>
              <w:t xml:space="preserve"> over instroom van spontane burgerhulp</w:t>
            </w:r>
          </w:p>
        </w:tc>
      </w:tr>
    </w:tbl>
    <w:p w14:paraId="57EEDA3C" w14:textId="1A218FEB" w:rsidR="006E24DE" w:rsidRPr="0074498B" w:rsidRDefault="006E24DE" w:rsidP="00F9111E">
      <w:pPr>
        <w:pStyle w:val="Normaalweb"/>
        <w:rPr>
          <w:rFonts w:asciiTheme="majorHAnsi" w:hAnsiTheme="majorHAnsi" w:cstheme="majorHAnsi"/>
        </w:rPr>
      </w:pPr>
    </w:p>
    <w:sectPr w:rsidR="006E24DE" w:rsidRPr="0074498B" w:rsidSect="00F911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32847BA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351F48"/>
    <w:multiLevelType w:val="hybridMultilevel"/>
    <w:tmpl w:val="0248C396"/>
    <w:lvl w:ilvl="0" w:tplc="F782BF0E">
      <w:numFmt w:val="bullet"/>
      <w:lvlText w:val="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F807996"/>
    <w:multiLevelType w:val="hybridMultilevel"/>
    <w:tmpl w:val="885C935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F630C6"/>
    <w:multiLevelType w:val="hybridMultilevel"/>
    <w:tmpl w:val="9E7CA99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FED721E"/>
    <w:multiLevelType w:val="hybridMultilevel"/>
    <w:tmpl w:val="758A8EF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53160C"/>
    <w:multiLevelType w:val="hybridMultilevel"/>
    <w:tmpl w:val="EC2E5510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97754EE"/>
    <w:multiLevelType w:val="hybridMultilevel"/>
    <w:tmpl w:val="EFAEAEE4"/>
    <w:lvl w:ilvl="0" w:tplc="C0DAFC6E">
      <w:start w:val="1"/>
      <w:numFmt w:val="bullet"/>
      <w:lvlText w:val="!"/>
      <w:lvlJc w:val="left"/>
      <w:pPr>
        <w:ind w:left="720" w:hanging="360"/>
      </w:pPr>
      <w:rPr>
        <w:rFonts w:ascii="Segoe UI Symbol" w:hAnsi="Segoe UI 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256CFE"/>
    <w:multiLevelType w:val="hybridMultilevel"/>
    <w:tmpl w:val="416C26F0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4693E36"/>
    <w:multiLevelType w:val="hybridMultilevel"/>
    <w:tmpl w:val="BA560EB6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8057009">
    <w:abstractNumId w:val="8"/>
  </w:num>
  <w:num w:numId="2" w16cid:durableId="69810474">
    <w:abstractNumId w:val="6"/>
  </w:num>
  <w:num w:numId="3" w16cid:durableId="1142193052">
    <w:abstractNumId w:val="5"/>
  </w:num>
  <w:num w:numId="4" w16cid:durableId="1419866241">
    <w:abstractNumId w:val="4"/>
  </w:num>
  <w:num w:numId="5" w16cid:durableId="295569942">
    <w:abstractNumId w:val="7"/>
  </w:num>
  <w:num w:numId="6" w16cid:durableId="2144038028">
    <w:abstractNumId w:val="3"/>
  </w:num>
  <w:num w:numId="7" w16cid:durableId="336157380">
    <w:abstractNumId w:val="2"/>
  </w:num>
  <w:num w:numId="8" w16cid:durableId="1310524307">
    <w:abstractNumId w:val="1"/>
  </w:num>
  <w:num w:numId="9" w16cid:durableId="1250579929">
    <w:abstractNumId w:val="0"/>
  </w:num>
  <w:num w:numId="10" w16cid:durableId="1335455200">
    <w:abstractNumId w:val="16"/>
  </w:num>
  <w:num w:numId="11" w16cid:durableId="598176734">
    <w:abstractNumId w:val="15"/>
  </w:num>
  <w:num w:numId="12" w16cid:durableId="502664114">
    <w:abstractNumId w:val="13"/>
  </w:num>
  <w:num w:numId="13" w16cid:durableId="1854219708">
    <w:abstractNumId w:val="8"/>
  </w:num>
  <w:num w:numId="14" w16cid:durableId="1280067205">
    <w:abstractNumId w:val="8"/>
  </w:num>
  <w:num w:numId="15" w16cid:durableId="675424556">
    <w:abstractNumId w:val="10"/>
  </w:num>
  <w:num w:numId="16" w16cid:durableId="144009330">
    <w:abstractNumId w:val="11"/>
  </w:num>
  <w:num w:numId="17" w16cid:durableId="1640497514">
    <w:abstractNumId w:val="8"/>
  </w:num>
  <w:num w:numId="18" w16cid:durableId="1514412309">
    <w:abstractNumId w:val="14"/>
  </w:num>
  <w:num w:numId="19" w16cid:durableId="471753824">
    <w:abstractNumId w:val="9"/>
  </w:num>
  <w:num w:numId="20" w16cid:durableId="8270122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CED"/>
    <w:rsid w:val="0006063C"/>
    <w:rsid w:val="00085643"/>
    <w:rsid w:val="000E6904"/>
    <w:rsid w:val="0015074B"/>
    <w:rsid w:val="00275B1F"/>
    <w:rsid w:val="0029639D"/>
    <w:rsid w:val="002D2072"/>
    <w:rsid w:val="00326F90"/>
    <w:rsid w:val="003A30BC"/>
    <w:rsid w:val="0049301F"/>
    <w:rsid w:val="005C1D64"/>
    <w:rsid w:val="006E24DE"/>
    <w:rsid w:val="0074498B"/>
    <w:rsid w:val="00772987"/>
    <w:rsid w:val="00820B6C"/>
    <w:rsid w:val="00A72CD8"/>
    <w:rsid w:val="00AA1D8D"/>
    <w:rsid w:val="00B47730"/>
    <w:rsid w:val="00C27EBA"/>
    <w:rsid w:val="00CB0664"/>
    <w:rsid w:val="00E31576"/>
    <w:rsid w:val="00F379F5"/>
    <w:rsid w:val="00F9111E"/>
    <w:rsid w:val="00FC693F"/>
    <w:rsid w:val="0AC9F2EE"/>
    <w:rsid w:val="0B4E54A5"/>
    <w:rsid w:val="0C040657"/>
    <w:rsid w:val="109BF667"/>
    <w:rsid w:val="10EA0678"/>
    <w:rsid w:val="13ED0017"/>
    <w:rsid w:val="19D1140C"/>
    <w:rsid w:val="1A2A5912"/>
    <w:rsid w:val="1AA9F378"/>
    <w:rsid w:val="1BE09E7E"/>
    <w:rsid w:val="221EEA3B"/>
    <w:rsid w:val="237EACBC"/>
    <w:rsid w:val="24F4F461"/>
    <w:rsid w:val="25AF0481"/>
    <w:rsid w:val="304C4B76"/>
    <w:rsid w:val="324FB086"/>
    <w:rsid w:val="3887CCF2"/>
    <w:rsid w:val="38C1497A"/>
    <w:rsid w:val="405898D6"/>
    <w:rsid w:val="4420EA73"/>
    <w:rsid w:val="4491544D"/>
    <w:rsid w:val="48C8E9ED"/>
    <w:rsid w:val="4915E5DB"/>
    <w:rsid w:val="49BAD7F3"/>
    <w:rsid w:val="4D5B0263"/>
    <w:rsid w:val="4D9E0B41"/>
    <w:rsid w:val="4E7AB464"/>
    <w:rsid w:val="4F57D2E6"/>
    <w:rsid w:val="543E933E"/>
    <w:rsid w:val="57F07FEC"/>
    <w:rsid w:val="59296E7D"/>
    <w:rsid w:val="5F8B8382"/>
    <w:rsid w:val="612BF138"/>
    <w:rsid w:val="635F21A2"/>
    <w:rsid w:val="63B47447"/>
    <w:rsid w:val="64516E81"/>
    <w:rsid w:val="6BD7E225"/>
    <w:rsid w:val="6C085250"/>
    <w:rsid w:val="6D9FDBA4"/>
    <w:rsid w:val="6DD9452A"/>
    <w:rsid w:val="6ED37647"/>
    <w:rsid w:val="729A8E96"/>
    <w:rsid w:val="7304542C"/>
    <w:rsid w:val="7B782A16"/>
    <w:rsid w:val="7C444C82"/>
    <w:rsid w:val="7D70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115304"/>
  <w14:defaultImageDpi w14:val="300"/>
  <w15:docId w15:val="{3BAC7870-A8CE-445D-9819-44776CCEA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alweb">
    <w:name w:val="Normal (Web)"/>
    <w:basedOn w:val="Standaard"/>
    <w:uiPriority w:val="99"/>
    <w:unhideWhenUsed/>
    <w:rsid w:val="00C27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F379F5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379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www.rodekruis.be/wat-kan-jij-doen/word-vrijwilliger/wat-kan-je-doen/crisisvrijwillig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33FFC94EA32C4D8F23F2A5ED977874" ma:contentTypeVersion="4" ma:contentTypeDescription="Een nieuw document maken." ma:contentTypeScope="" ma:versionID="89331ce76a6080076c6d832fd98854db">
  <xsd:schema xmlns:xsd="http://www.w3.org/2001/XMLSchema" xmlns:xs="http://www.w3.org/2001/XMLSchema" xmlns:p="http://schemas.microsoft.com/office/2006/metadata/properties" xmlns:ns2="311bce98-3aa1-4fda-8c35-730bdabd1d8f" targetNamespace="http://schemas.microsoft.com/office/2006/metadata/properties" ma:root="true" ma:fieldsID="a8a97482562dc600a3b7a76a7862d700" ns2:_="">
    <xsd:import namespace="311bce98-3aa1-4fda-8c35-730bdabd1d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bce98-3aa1-4fda-8c35-730bdabd1d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52CDDE-770A-4601-B084-E7947CA0A60E}">
  <ds:schemaRefs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elements/1.1/"/>
    <ds:schemaRef ds:uri="311bce98-3aa1-4fda-8c35-730bdabd1d8f"/>
    <ds:schemaRef ds:uri="http://purl.org/dc/dcmitype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7DD24B4-F48B-40C7-B6E4-5923D2636C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80C5EE-16A7-4921-8C0C-8B8E62B37B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1bce98-3aa1-4fda-8c35-730bdabd1d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321</Words>
  <Characters>1770</Characters>
  <Application>Microsoft Office Word</Application>
  <DocSecurity>0</DocSecurity>
  <Lines>14</Lines>
  <Paragraphs>4</Paragraphs>
  <ScaleCrop>false</ScaleCrop>
  <Manager/>
  <Company/>
  <LinksUpToDate>false</LinksUpToDate>
  <CharactersWithSpaces>2087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MERTENS Peter</cp:lastModifiedBy>
  <cp:revision>19</cp:revision>
  <dcterms:created xsi:type="dcterms:W3CDTF">2026-02-03T12:09:00Z</dcterms:created>
  <dcterms:modified xsi:type="dcterms:W3CDTF">2026-06-12T12:40:00Z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0x0101007833FFC94EA32C4D8F23F2A5ED977874</vt:lpwstr>
  </property>
</Properties>
</file>