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C41D" w14:textId="3C7C36CF" w:rsidR="006E24DE" w:rsidRDefault="001C4124" w:rsidP="006323FC">
      <w:pPr>
        <w:pBdr>
          <w:bottom w:val="single" w:sz="4" w:space="1" w:color="auto"/>
        </w:pBdr>
        <w:jc w:val="center"/>
        <w:rPr>
          <w:rFonts w:asciiTheme="majorHAnsi" w:hAnsiTheme="majorHAnsi" w:cstheme="majorBidi"/>
          <w:b/>
          <w:bCs/>
          <w:sz w:val="32"/>
          <w:szCs w:val="32"/>
          <w:lang w:val="nl-BE"/>
        </w:rPr>
      </w:pPr>
      <w:r w:rsidRPr="0D38D7A6">
        <w:rPr>
          <w:rFonts w:asciiTheme="majorHAnsi" w:hAnsiTheme="majorHAnsi" w:cstheme="majorBidi"/>
          <w:b/>
          <w:bCs/>
          <w:sz w:val="32"/>
          <w:szCs w:val="32"/>
          <w:lang w:val="nl-BE"/>
        </w:rPr>
        <w:t>ACTIEKAART – Crisisvrijwilligersteamleider</w:t>
      </w:r>
      <w:r w:rsidR="36051599" w:rsidRPr="0D38D7A6">
        <w:rPr>
          <w:rFonts w:asciiTheme="majorHAnsi" w:hAnsiTheme="majorHAnsi" w:cstheme="majorBidi"/>
          <w:b/>
          <w:bCs/>
          <w:sz w:val="32"/>
          <w:szCs w:val="32"/>
          <w:lang w:val="nl-BE"/>
        </w:rPr>
        <w:t>(s)</w:t>
      </w:r>
    </w:p>
    <w:p w14:paraId="61157A1D" w14:textId="77777777" w:rsidR="006323FC" w:rsidRPr="0074498B" w:rsidRDefault="006323FC" w:rsidP="0D38D7A6">
      <w:pPr>
        <w:jc w:val="center"/>
        <w:rPr>
          <w:rFonts w:asciiTheme="majorHAnsi" w:hAnsiTheme="majorHAnsi" w:cstheme="majorBidi"/>
          <w:lang w:val="nl-BE"/>
        </w:rPr>
      </w:pPr>
    </w:p>
    <w:tbl>
      <w:tblPr>
        <w:tblStyle w:val="Tabelraster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3"/>
        <w:gridCol w:w="4279"/>
      </w:tblGrid>
      <w:tr w:rsidR="0074498B" w:rsidRPr="0074498B" w14:paraId="663706CF" w14:textId="77777777" w:rsidTr="006323FC">
        <w:trPr>
          <w:trHeight w:val="2048"/>
        </w:trPr>
        <w:tc>
          <w:tcPr>
            <w:tcW w:w="6483" w:type="dxa"/>
          </w:tcPr>
          <w:p w14:paraId="4801987E" w14:textId="77777777" w:rsidR="0074498B" w:rsidRPr="0074498B" w:rsidRDefault="0074498B" w:rsidP="0074498B">
            <w:pPr>
              <w:pStyle w:val="Lijstopsomteken"/>
              <w:numPr>
                <w:ilvl w:val="0"/>
                <w:numId w:val="0"/>
              </w:numPr>
              <w:spacing w:after="200" w:line="276" w:lineRule="auto"/>
              <w:contextualSpacing w:val="0"/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="Segoe UI Emoji" w:hAnsi="Segoe UI Emoji" w:cs="Segoe UI Emoji"/>
                <w:b/>
                <w:sz w:val="24"/>
              </w:rPr>
              <w:t>👤</w:t>
            </w:r>
            <w:r w:rsidRPr="0074498B">
              <w:rPr>
                <w:rFonts w:asciiTheme="majorHAnsi" w:hAnsiTheme="majorHAnsi" w:cstheme="majorHAnsi"/>
                <w:b/>
                <w:sz w:val="24"/>
                <w:lang w:val="nl-BE"/>
              </w:rPr>
              <w:t xml:space="preserve"> </w:t>
            </w:r>
            <w:r w:rsidRPr="0074498B">
              <w:rPr>
                <w:rFonts w:asciiTheme="majorHAnsi" w:hAnsiTheme="majorHAnsi" w:cstheme="majorHAnsi"/>
                <w:b/>
                <w:bCs/>
                <w:lang w:val="nl-BE"/>
              </w:rPr>
              <w:t>MIJN ROL</w:t>
            </w:r>
          </w:p>
          <w:p w14:paraId="0043F3FE" w14:textId="735B01F8" w:rsidR="0074498B" w:rsidRPr="0074498B" w:rsidRDefault="0074498B" w:rsidP="0074498B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Theme="majorHAnsi" w:hAnsiTheme="majorHAnsi" w:cstheme="majorHAnsi"/>
                <w:lang w:val="nl-BE"/>
              </w:rPr>
              <w:t>Rechtstreekse aansturing van vrijwilligers op het terrein</w:t>
            </w:r>
            <w:r w:rsidR="00275B1F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="006323FC">
              <w:rPr>
                <w:rFonts w:asciiTheme="majorHAnsi" w:hAnsiTheme="majorHAnsi" w:cstheme="majorHAnsi"/>
                <w:lang w:val="nl-BE"/>
              </w:rPr>
              <w:br/>
            </w:r>
            <w:r w:rsidR="00275B1F">
              <w:rPr>
                <w:rFonts w:asciiTheme="majorHAnsi" w:hAnsiTheme="majorHAnsi" w:cstheme="majorHAnsi"/>
                <w:lang w:val="nl-BE"/>
              </w:rPr>
              <w:t>(max. 20</w:t>
            </w:r>
            <w:r w:rsidR="006323FC">
              <w:rPr>
                <w:rFonts w:asciiTheme="majorHAnsi" w:hAnsiTheme="majorHAnsi" w:cstheme="majorHAnsi"/>
                <w:lang w:val="nl-BE"/>
              </w:rPr>
              <w:t>-tal</w:t>
            </w:r>
            <w:r w:rsidR="00275B1F">
              <w:rPr>
                <w:rFonts w:asciiTheme="majorHAnsi" w:hAnsiTheme="majorHAnsi" w:cstheme="majorHAnsi"/>
                <w:lang w:val="nl-BE"/>
              </w:rPr>
              <w:t xml:space="preserve"> personen)</w:t>
            </w:r>
          </w:p>
          <w:p w14:paraId="49F3FF0F" w14:textId="77777777" w:rsidR="0074498B" w:rsidRPr="0074498B" w:rsidRDefault="0074498B" w:rsidP="0074498B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Theme="majorHAnsi" w:hAnsiTheme="majorHAnsi" w:cstheme="majorHAnsi"/>
                <w:lang w:val="nl-BE"/>
              </w:rPr>
              <w:t>Werkt onder coördinatie van de lokale crisisvrijwilligerscoördinator (CVC)</w:t>
            </w:r>
          </w:p>
          <w:p w14:paraId="4C48AEAB" w14:textId="77777777" w:rsidR="0074498B" w:rsidRDefault="0074498B" w:rsidP="0074498B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Theme="majorHAnsi" w:hAnsiTheme="majorHAnsi" w:cstheme="majorHAnsi"/>
                <w:lang w:val="nl-BE"/>
              </w:rPr>
              <w:t>Eerste aanspreekpunt voor vrijwilligers en hulpdiensten</w:t>
            </w:r>
            <w:r w:rsidR="006323FC">
              <w:rPr>
                <w:rFonts w:asciiTheme="majorHAnsi" w:hAnsiTheme="majorHAnsi" w:cstheme="majorHAnsi"/>
                <w:lang w:val="nl-BE"/>
              </w:rPr>
              <w:t xml:space="preserve"> op het terrein</w:t>
            </w:r>
          </w:p>
          <w:p w14:paraId="5BB81DC7" w14:textId="7B45BE12" w:rsidR="006323FC" w:rsidRPr="0074498B" w:rsidRDefault="006323FC" w:rsidP="006323FC">
            <w:pPr>
              <w:pStyle w:val="Lijstopsomteken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4279" w:type="dxa"/>
          </w:tcPr>
          <w:p w14:paraId="42B358C9" w14:textId="77777777" w:rsidR="0074498B" w:rsidRPr="00C27EBA" w:rsidRDefault="0074498B" w:rsidP="0074498B">
            <w:pPr>
              <w:tabs>
                <w:tab w:val="left" w:pos="1356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  <w:lang w:val="nl-BE"/>
              </w:rPr>
            </w:pPr>
            <w:r w:rsidRPr="00C27EBA">
              <w:rPr>
                <w:rFonts w:ascii="Segoe UI Emoji" w:hAnsi="Segoe UI Emoji" w:cs="Segoe UI Emoji"/>
                <w:b/>
                <w:bCs/>
                <w:lang w:val="nl-BE"/>
              </w:rPr>
              <w:t>🧰</w:t>
            </w:r>
            <w:r w:rsidRPr="00C27EBA">
              <w:rPr>
                <w:rFonts w:asciiTheme="majorHAnsi" w:hAnsiTheme="majorHAnsi" w:cstheme="majorHAnsi"/>
                <w:b/>
                <w:bCs/>
                <w:lang w:val="nl-BE"/>
              </w:rPr>
              <w:t xml:space="preserve"> MATERIALEN</w:t>
            </w:r>
          </w:p>
          <w:p w14:paraId="415B4A1D" w14:textId="149AFA2C" w:rsidR="0074498B" w:rsidRPr="0074498B" w:rsidRDefault="0074498B" w:rsidP="0074498B">
            <w:pPr>
              <w:tabs>
                <w:tab w:val="left" w:pos="1356"/>
              </w:tabs>
              <w:spacing w:after="200" w:line="276" w:lineRule="auto"/>
              <w:rPr>
                <w:rFonts w:asciiTheme="majorHAnsi" w:hAnsiTheme="majorHAnsi" w:cstheme="majorHAnsi"/>
                <w:lang w:val="nl-BE"/>
              </w:rPr>
            </w:pPr>
            <w:r w:rsidRPr="00C27EBA">
              <w:rPr>
                <w:rFonts w:ascii="Segoe UI Symbol" w:hAnsi="Segoe UI Symbol" w:cs="Segoe UI Symbol"/>
                <w:lang w:val="nl-BE"/>
              </w:rPr>
              <w:t>☐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Taak- en veiligheidsfiches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☐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Beschermingsmiddelen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☐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Communicatiemiddel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☐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Aanwezigheidslijst</w:t>
            </w:r>
          </w:p>
        </w:tc>
      </w:tr>
      <w:tr w:rsidR="0074498B" w:rsidRPr="0074498B" w14:paraId="5356ECC6" w14:textId="77777777" w:rsidTr="006323FC">
        <w:tc>
          <w:tcPr>
            <w:tcW w:w="6483" w:type="dxa"/>
          </w:tcPr>
          <w:p w14:paraId="7AB3A41B" w14:textId="0A2C77EF" w:rsidR="0074498B" w:rsidRPr="00C27EBA" w:rsidRDefault="3BB187DA" w:rsidP="444352E0">
            <w:pPr>
              <w:pStyle w:val="Lijstopsomteken"/>
              <w:numPr>
                <w:ilvl w:val="0"/>
                <w:numId w:val="0"/>
              </w:numPr>
              <w:spacing w:after="200" w:line="276" w:lineRule="auto"/>
              <w:contextualSpacing w:val="0"/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</w:pPr>
            <w:r w:rsidRPr="444352E0">
              <w:rPr>
                <w:rFonts w:ascii="Segoe UI Symbol" w:hAnsi="Segoe UI Symbol" w:cs="Segoe UI Symbol"/>
                <w:b/>
                <w:bCs/>
                <w:sz w:val="24"/>
                <w:szCs w:val="24"/>
                <w:lang w:val="nl-BE"/>
              </w:rPr>
              <w:t>☎</w:t>
            </w:r>
            <w:r w:rsidRPr="444352E0"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  <w:t xml:space="preserve"> </w:t>
            </w:r>
            <w:r w:rsidRPr="444352E0">
              <w:rPr>
                <w:rFonts w:asciiTheme="majorHAnsi" w:hAnsiTheme="majorHAnsi" w:cstheme="majorBidi"/>
                <w:b/>
                <w:bCs/>
                <w:lang w:val="nl-BE"/>
              </w:rPr>
              <w:t>CONTACTEN</w:t>
            </w:r>
            <w:r w:rsidR="433D89A6" w:rsidRPr="444352E0">
              <w:rPr>
                <w:rFonts w:asciiTheme="majorHAnsi" w:hAnsiTheme="majorHAnsi" w:cstheme="majorBidi"/>
                <w:b/>
                <w:bCs/>
                <w:lang w:val="nl-BE"/>
              </w:rPr>
              <w:t xml:space="preserve"> </w:t>
            </w:r>
            <w:r w:rsidR="433D89A6" w:rsidRPr="444352E0">
              <w:rPr>
                <w:rFonts w:asciiTheme="majorHAnsi" w:hAnsiTheme="majorHAnsi" w:cstheme="majorBidi"/>
                <w:lang w:val="nl-BE"/>
              </w:rPr>
              <w:t>(op moment van inzet in te vullen)</w:t>
            </w:r>
          </w:p>
          <w:p w14:paraId="3B617D12" w14:textId="26741F1E" w:rsidR="0074498B" w:rsidRPr="0074498B" w:rsidRDefault="0074498B" w:rsidP="0074498B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C27EBA">
              <w:rPr>
                <w:rFonts w:asciiTheme="majorHAnsi" w:hAnsiTheme="majorHAnsi" w:cstheme="majorHAnsi"/>
                <w:lang w:val="nl-BE"/>
              </w:rPr>
              <w:t>Lokale crisisvrijwilligerscoördinator</w:t>
            </w:r>
            <w:r w:rsidR="005C1D64">
              <w:rPr>
                <w:rFonts w:asciiTheme="majorHAnsi" w:hAnsiTheme="majorHAnsi" w:cstheme="majorHAnsi"/>
                <w:lang w:val="nl-BE"/>
              </w:rPr>
              <w:t xml:space="preserve">: </w:t>
            </w:r>
            <w:r w:rsidR="00510B29">
              <w:rPr>
                <w:rFonts w:asciiTheme="majorHAnsi" w:hAnsiTheme="majorHAnsi" w:cstheme="majorHAnsi"/>
                <w:lang w:val="nl-BE"/>
              </w:rPr>
              <w:br/>
            </w:r>
            <w:r w:rsidR="005C1D64">
              <w:rPr>
                <w:rFonts w:asciiTheme="majorHAnsi" w:hAnsiTheme="majorHAnsi" w:cstheme="majorHAnsi"/>
                <w:lang w:val="nl-BE"/>
              </w:rPr>
              <w:t>NAAM + TEL</w:t>
            </w:r>
          </w:p>
          <w:p w14:paraId="2D20744A" w14:textId="1E90C642" w:rsidR="005C1D64" w:rsidRPr="005C1D64" w:rsidRDefault="00510B29" w:rsidP="005C1D64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proofErr w:type="spellStart"/>
            <w:r>
              <w:rPr>
                <w:rFonts w:asciiTheme="majorHAnsi" w:hAnsiTheme="majorHAnsi" w:cstheme="majorHAnsi"/>
                <w:lang w:val="nl-BE"/>
              </w:rPr>
              <w:t>Taakgerelateerde</w:t>
            </w:r>
            <w:proofErr w:type="spellEnd"/>
            <w:r>
              <w:rPr>
                <w:rFonts w:asciiTheme="majorHAnsi" w:hAnsiTheme="majorHAnsi" w:cstheme="majorHAnsi"/>
                <w:lang w:val="nl-BE"/>
              </w:rPr>
              <w:t xml:space="preserve"> h</w:t>
            </w:r>
            <w:r w:rsidR="0074498B" w:rsidRPr="00C27EBA">
              <w:rPr>
                <w:rFonts w:asciiTheme="majorHAnsi" w:hAnsiTheme="majorHAnsi" w:cstheme="majorHAnsi"/>
                <w:lang w:val="nl-BE"/>
              </w:rPr>
              <w:t>ulpdienst op het terrein</w:t>
            </w:r>
            <w:r w:rsidR="005C1D64">
              <w:rPr>
                <w:rFonts w:asciiTheme="majorHAnsi" w:hAnsiTheme="majorHAnsi" w:cstheme="majorHAnsi"/>
                <w:lang w:val="nl-BE"/>
              </w:rPr>
              <w:t xml:space="preserve">: </w:t>
            </w:r>
            <w:r>
              <w:rPr>
                <w:rFonts w:asciiTheme="majorHAnsi" w:hAnsiTheme="majorHAnsi" w:cstheme="majorHAnsi"/>
                <w:lang w:val="nl-BE"/>
              </w:rPr>
              <w:br/>
            </w:r>
            <w:r w:rsidR="005C1D64">
              <w:rPr>
                <w:rFonts w:asciiTheme="majorHAnsi" w:hAnsiTheme="majorHAnsi" w:cstheme="majorHAnsi"/>
                <w:lang w:val="nl-BE"/>
              </w:rPr>
              <w:t>NAAM + TEL</w:t>
            </w:r>
          </w:p>
          <w:p w14:paraId="680D2FF4" w14:textId="0E005115" w:rsidR="0074498B" w:rsidRPr="0074498B" w:rsidRDefault="0074498B" w:rsidP="0074498B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C27EBA">
              <w:rPr>
                <w:rFonts w:asciiTheme="majorHAnsi" w:hAnsiTheme="majorHAnsi" w:cstheme="majorHAnsi"/>
                <w:lang w:val="nl-BE"/>
              </w:rPr>
              <w:t>Andere teamleiders (indien van toepassing)</w:t>
            </w:r>
            <w:r w:rsidR="005C1D64">
              <w:rPr>
                <w:rFonts w:asciiTheme="majorHAnsi" w:hAnsiTheme="majorHAnsi" w:cstheme="majorHAnsi"/>
                <w:lang w:val="nl-BE"/>
              </w:rPr>
              <w:t xml:space="preserve">: </w:t>
            </w:r>
            <w:r w:rsidR="00510B29">
              <w:rPr>
                <w:rFonts w:asciiTheme="majorHAnsi" w:hAnsiTheme="majorHAnsi" w:cstheme="majorHAnsi"/>
                <w:lang w:val="nl-BE"/>
              </w:rPr>
              <w:br/>
            </w:r>
            <w:r w:rsidR="005C1D64">
              <w:rPr>
                <w:rFonts w:asciiTheme="majorHAnsi" w:hAnsiTheme="majorHAnsi" w:cstheme="majorHAnsi"/>
                <w:lang w:val="nl-BE"/>
              </w:rPr>
              <w:t>NAAM + TEL</w:t>
            </w:r>
          </w:p>
        </w:tc>
        <w:tc>
          <w:tcPr>
            <w:tcW w:w="4279" w:type="dxa"/>
          </w:tcPr>
          <w:p w14:paraId="0572205D" w14:textId="77777777" w:rsidR="0074498B" w:rsidRPr="00C27EBA" w:rsidRDefault="0074498B" w:rsidP="0074498B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lang w:val="nl-BE"/>
              </w:rPr>
            </w:pPr>
            <w:r w:rsidRPr="00C27EBA">
              <w:rPr>
                <w:rFonts w:ascii="Segoe UI Emoji" w:hAnsi="Segoe UI Emoji" w:cs="Segoe UI Emoji"/>
                <w:b/>
                <w:bCs/>
                <w:lang w:val="nl-BE"/>
              </w:rPr>
              <w:t>💡</w:t>
            </w:r>
            <w:r w:rsidRPr="00C27EBA">
              <w:rPr>
                <w:rFonts w:asciiTheme="majorHAnsi" w:hAnsiTheme="majorHAnsi" w:cstheme="majorHAnsi"/>
                <w:b/>
                <w:bCs/>
                <w:lang w:val="nl-BE"/>
              </w:rPr>
              <w:t xml:space="preserve"> TIPS</w:t>
            </w:r>
          </w:p>
          <w:p w14:paraId="5CF58E0A" w14:textId="1B581247" w:rsidR="0074498B" w:rsidRPr="0074498B" w:rsidRDefault="0074498B" w:rsidP="0074498B">
            <w:pPr>
              <w:spacing w:after="200" w:line="276" w:lineRule="auto"/>
              <w:rPr>
                <w:rFonts w:asciiTheme="majorHAnsi" w:hAnsiTheme="majorHAnsi" w:cstheme="majorHAnsi"/>
                <w:lang w:val="nl-BE"/>
              </w:rPr>
            </w:pPr>
            <w:r w:rsidRPr="00C27EBA">
              <w:rPr>
                <w:rFonts w:ascii="Segoe UI Symbol" w:hAnsi="Segoe UI Symbol" w:cs="Segoe UI Symbol"/>
                <w:lang w:val="nl-BE"/>
              </w:rPr>
              <w:t>✔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>Veiligheid primeert altijd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✔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>Wees duidelijk en rustig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✔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>Noteer problemen meteen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Pr="00C27EBA">
              <w:rPr>
                <w:rFonts w:asciiTheme="majorHAnsi" w:hAnsiTheme="majorHAnsi" w:cstheme="majorHAnsi"/>
                <w:lang w:val="nl-BE"/>
              </w:rPr>
              <w:br/>
            </w:r>
            <w:r w:rsidRPr="00C27EBA">
              <w:rPr>
                <w:rFonts w:ascii="Segoe UI Symbol" w:hAnsi="Segoe UI Symbol" w:cs="Segoe UI Symbol"/>
                <w:lang w:val="nl-BE"/>
              </w:rPr>
              <w:t>✔</w:t>
            </w:r>
            <w:r w:rsidRPr="00C27EBA">
              <w:rPr>
                <w:rFonts w:asciiTheme="majorHAnsi" w:hAnsiTheme="majorHAnsi" w:cstheme="majorHAnsi"/>
                <w:lang w:val="nl-BE"/>
              </w:rPr>
              <w:t xml:space="preserve"> </w:t>
            </w:r>
            <w:r w:rsidR="006323FC">
              <w:rPr>
                <w:rFonts w:asciiTheme="majorHAnsi" w:hAnsiTheme="majorHAnsi" w:cstheme="majorHAnsi"/>
                <w:lang w:val="nl-BE"/>
              </w:rPr>
              <w:t>Neem s</w:t>
            </w:r>
            <w:r w:rsidR="006323FC" w:rsidRPr="00C27EBA">
              <w:rPr>
                <w:rFonts w:asciiTheme="majorHAnsi" w:hAnsiTheme="majorHAnsi" w:cstheme="majorHAnsi"/>
                <w:lang w:val="nl-BE"/>
              </w:rPr>
              <w:t>ignalen van overbelasting ernstig</w:t>
            </w:r>
          </w:p>
        </w:tc>
      </w:tr>
    </w:tbl>
    <w:p w14:paraId="316A3A51" w14:textId="77777777" w:rsidR="006E24DE" w:rsidRPr="0074498B" w:rsidRDefault="006E24DE">
      <w:pPr>
        <w:rPr>
          <w:rFonts w:asciiTheme="majorHAnsi" w:hAnsiTheme="majorHAnsi" w:cstheme="majorHAnsi"/>
          <w:lang w:val="nl-BE"/>
        </w:rPr>
      </w:pPr>
    </w:p>
    <w:tbl>
      <w:tblPr>
        <w:tblStyle w:val="Tabelraster"/>
        <w:tblW w:w="5000" w:type="pct"/>
        <w:tblInd w:w="-5" w:type="dxa"/>
        <w:tblLook w:val="04A0" w:firstRow="1" w:lastRow="0" w:firstColumn="1" w:lastColumn="0" w:noHBand="0" w:noVBand="1"/>
      </w:tblPr>
      <w:tblGrid>
        <w:gridCol w:w="3606"/>
        <w:gridCol w:w="3932"/>
        <w:gridCol w:w="3252"/>
      </w:tblGrid>
      <w:tr w:rsidR="00C27EBA" w:rsidRPr="0074498B" w14:paraId="0D917ADB" w14:textId="77777777" w:rsidTr="00021727">
        <w:tc>
          <w:tcPr>
            <w:tcW w:w="1671" w:type="pct"/>
          </w:tcPr>
          <w:p w14:paraId="69797CFD" w14:textId="60B57D34" w:rsidR="00C27EBA" w:rsidRPr="0074498B" w:rsidRDefault="00275B1F" w:rsidP="0074498B">
            <w:pPr>
              <w:spacing w:after="12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TAKEN BIJ </w:t>
            </w:r>
            <w:r w:rsidR="00C27EBA" w:rsidRPr="0074498B">
              <w:rPr>
                <w:rFonts w:asciiTheme="majorHAnsi" w:hAnsiTheme="majorHAnsi" w:cstheme="majorHAnsi"/>
                <w:b/>
                <w:sz w:val="24"/>
              </w:rPr>
              <w:t>START INZET</w:t>
            </w:r>
          </w:p>
        </w:tc>
        <w:tc>
          <w:tcPr>
            <w:tcW w:w="1822" w:type="pct"/>
          </w:tcPr>
          <w:p w14:paraId="74BCE2C7" w14:textId="139C2D33" w:rsidR="00C27EBA" w:rsidRPr="0074498B" w:rsidRDefault="00275B1F" w:rsidP="0074498B">
            <w:pPr>
              <w:spacing w:after="12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TAKEN </w:t>
            </w:r>
            <w:r w:rsidR="00C27EBA" w:rsidRPr="0074498B">
              <w:rPr>
                <w:rFonts w:asciiTheme="majorHAnsi" w:hAnsiTheme="majorHAnsi" w:cstheme="majorHAnsi"/>
                <w:b/>
                <w:sz w:val="24"/>
              </w:rPr>
              <w:t>TIJDENS DE INZET</w:t>
            </w:r>
          </w:p>
        </w:tc>
        <w:tc>
          <w:tcPr>
            <w:tcW w:w="1507" w:type="pct"/>
          </w:tcPr>
          <w:p w14:paraId="0D54E994" w14:textId="68F56C76" w:rsidR="00C27EBA" w:rsidRPr="0074498B" w:rsidRDefault="77F75DEC" w:rsidP="195E8854">
            <w:pPr>
              <w:spacing w:after="120" w:line="276" w:lineRule="auto"/>
              <w:jc w:val="center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  <w:t xml:space="preserve">TAKEN BIJ </w:t>
            </w:r>
            <w:r w:rsidR="0E37E171" w:rsidRPr="195E8854"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  <w:t>AFRONDING</w:t>
            </w:r>
          </w:p>
        </w:tc>
      </w:tr>
      <w:tr w:rsidR="00C27EBA" w:rsidRPr="0074498B" w14:paraId="0865F93B" w14:textId="77777777" w:rsidTr="00021727">
        <w:tc>
          <w:tcPr>
            <w:tcW w:w="1671" w:type="pct"/>
          </w:tcPr>
          <w:p w14:paraId="541903C5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Vrijwilligers onthalen</w:t>
            </w:r>
          </w:p>
          <w:p w14:paraId="5EB26D1D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Taak- en veiligheidsbriefing geven</w:t>
            </w:r>
          </w:p>
          <w:p w14:paraId="7E10D57C" w14:textId="7CA75013" w:rsidR="00C27EBA" w:rsidRPr="0074498B" w:rsidRDefault="46476596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Taken verdelen (max.</w:t>
            </w:r>
            <w:r w:rsidR="00890303">
              <w:rPr>
                <w:rFonts w:asciiTheme="majorHAnsi" w:hAnsiTheme="majorHAnsi" w:cstheme="majorBidi"/>
                <w:lang w:val="nl-BE"/>
              </w:rPr>
              <w:t xml:space="preserve"> </w:t>
            </w:r>
            <w:r w:rsidRPr="195E8854">
              <w:rPr>
                <w:rFonts w:asciiTheme="majorHAnsi" w:hAnsiTheme="majorHAnsi" w:cstheme="majorBidi"/>
                <w:lang w:val="nl-BE"/>
              </w:rPr>
              <w:t>20</w:t>
            </w:r>
            <w:r w:rsidR="00890303">
              <w:rPr>
                <w:rFonts w:asciiTheme="majorHAnsi" w:hAnsiTheme="majorHAnsi" w:cstheme="majorBidi"/>
                <w:lang w:val="nl-BE"/>
              </w:rPr>
              <w:t>-tal</w:t>
            </w:r>
            <w:r w:rsidRPr="195E8854">
              <w:rPr>
                <w:rFonts w:asciiTheme="majorHAnsi" w:hAnsiTheme="majorHAnsi" w:cstheme="majorBidi"/>
                <w:lang w:val="nl-BE"/>
              </w:rPr>
              <w:t xml:space="preserve"> personen</w:t>
            </w:r>
            <w:r w:rsidR="166FAEB9" w:rsidRPr="195E8854">
              <w:rPr>
                <w:rFonts w:asciiTheme="majorHAnsi" w:hAnsiTheme="majorHAnsi" w:cstheme="majorBidi"/>
                <w:lang w:val="nl-BE"/>
              </w:rPr>
              <w:t xml:space="preserve"> per TL</w:t>
            </w:r>
            <w:r w:rsidR="00890303">
              <w:rPr>
                <w:rFonts w:asciiTheme="majorHAnsi" w:hAnsiTheme="majorHAnsi" w:cstheme="majorBidi"/>
                <w:lang w:val="nl-BE"/>
              </w:rPr>
              <w:t>)</w:t>
            </w:r>
          </w:p>
          <w:p w14:paraId="66DB0216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Uitrusting uitdelen en correct gebruik controleren</w:t>
            </w:r>
          </w:p>
          <w:p w14:paraId="2122DDDB" w14:textId="77777777" w:rsidR="00C27EBA" w:rsidRPr="0074498B" w:rsidRDefault="00C27EBA" w:rsidP="0074498B">
            <w:pPr>
              <w:spacing w:after="120" w:line="276" w:lineRule="auto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822" w:type="pct"/>
          </w:tcPr>
          <w:p w14:paraId="0AA59AAA" w14:textId="78E7629A" w:rsidR="00C27EBA" w:rsidRPr="0074498B" w:rsidRDefault="5EE2066C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Praktisch</w:t>
            </w:r>
            <w:r w:rsidR="46476596" w:rsidRPr="195E8854">
              <w:rPr>
                <w:rFonts w:asciiTheme="majorHAnsi" w:hAnsiTheme="majorHAnsi" w:cstheme="majorBidi"/>
                <w:lang w:val="nl-BE"/>
              </w:rPr>
              <w:t>e aansturing en ondersteuning</w:t>
            </w:r>
          </w:p>
          <w:p w14:paraId="0E2B23A8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Toezien op veilige uitvoering van taken</w:t>
            </w:r>
          </w:p>
          <w:p w14:paraId="2803AAD7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Noden en vragen van vrijwilligers capteren</w:t>
            </w:r>
          </w:p>
          <w:p w14:paraId="2FBDC689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Regelmatig terugkoppelen met CVC</w:t>
            </w:r>
          </w:p>
          <w:p w14:paraId="1E7633BD" w14:textId="40A0F379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Aandacht voor welzijn en vermoeidheid</w:t>
            </w:r>
            <w:r w:rsidR="00280672">
              <w:rPr>
                <w:rFonts w:asciiTheme="majorHAnsi" w:hAnsiTheme="majorHAnsi" w:cstheme="majorBidi"/>
                <w:lang w:val="nl-BE"/>
              </w:rPr>
              <w:t xml:space="preserve"> van vrijwilligers</w:t>
            </w:r>
          </w:p>
          <w:p w14:paraId="51A5DA2C" w14:textId="2295BC29" w:rsidR="00C27EBA" w:rsidRPr="0074498B" w:rsidRDefault="00C27EBA" w:rsidP="00510B29">
            <w:pPr>
              <w:pStyle w:val="Lijstopsomteken"/>
              <w:numPr>
                <w:ilvl w:val="0"/>
                <w:numId w:val="21"/>
              </w:numPr>
              <w:spacing w:after="120" w:line="276" w:lineRule="auto"/>
              <w:contextualSpacing w:val="0"/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Theme="majorHAnsi" w:hAnsiTheme="majorHAnsi" w:cstheme="majorHAnsi"/>
                <w:lang w:val="nl-BE"/>
              </w:rPr>
              <w:t xml:space="preserve">Aanspreekpunt voor hulpdiensten </w:t>
            </w:r>
            <w:r w:rsidR="00955C91">
              <w:rPr>
                <w:rFonts w:asciiTheme="majorHAnsi" w:hAnsiTheme="majorHAnsi" w:cstheme="majorHAnsi"/>
                <w:lang w:val="nl-BE"/>
              </w:rPr>
              <w:br/>
            </w:r>
            <w:r w:rsidRPr="0074498B">
              <w:rPr>
                <w:rFonts w:asciiTheme="majorHAnsi" w:hAnsiTheme="majorHAnsi" w:cstheme="majorHAnsi"/>
                <w:lang w:val="nl-BE"/>
              </w:rPr>
              <w:t>op het terrein</w:t>
            </w:r>
          </w:p>
        </w:tc>
        <w:tc>
          <w:tcPr>
            <w:tcW w:w="1507" w:type="pct"/>
          </w:tcPr>
          <w:p w14:paraId="73BD4B65" w14:textId="77777777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Taken ordentelijk beëindigen</w:t>
            </w:r>
          </w:p>
          <w:p w14:paraId="28B0CCBC" w14:textId="77777777" w:rsidR="00EB1621" w:rsidRDefault="00EB162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>
              <w:rPr>
                <w:rFonts w:asciiTheme="majorHAnsi" w:hAnsiTheme="majorHAnsi" w:cstheme="majorBidi"/>
                <w:lang w:val="nl-BE"/>
              </w:rPr>
              <w:t>Hesjes desgevallend terugvragen ter bewaring</w:t>
            </w:r>
          </w:p>
          <w:p w14:paraId="40025049" w14:textId="161B1993" w:rsidR="00C27EBA" w:rsidRPr="0074498B" w:rsidRDefault="0E37E171" w:rsidP="195E8854">
            <w:pPr>
              <w:pStyle w:val="Lijstopsomteken"/>
              <w:spacing w:after="120" w:line="276" w:lineRule="auto"/>
              <w:contextualSpacing w:val="0"/>
              <w:rPr>
                <w:rFonts w:asciiTheme="majorHAnsi" w:hAnsiTheme="majorHAnsi" w:cstheme="majorBidi"/>
                <w:lang w:val="nl-BE"/>
              </w:rPr>
            </w:pPr>
            <w:r w:rsidRPr="195E8854">
              <w:rPr>
                <w:rFonts w:asciiTheme="majorHAnsi" w:hAnsiTheme="majorHAnsi" w:cstheme="majorBidi"/>
                <w:lang w:val="nl-BE"/>
              </w:rPr>
              <w:t>Incidenten en aandachtspunten melden aan CVC</w:t>
            </w:r>
          </w:p>
          <w:p w14:paraId="62AFABFD" w14:textId="77777777" w:rsidR="00C27EBA" w:rsidRPr="0074498B" w:rsidRDefault="00C27EBA" w:rsidP="195E8854">
            <w:pPr>
              <w:spacing w:after="120" w:line="276" w:lineRule="auto"/>
              <w:rPr>
                <w:rFonts w:asciiTheme="majorHAnsi" w:hAnsiTheme="majorHAnsi" w:cstheme="majorBidi"/>
                <w:lang w:val="nl-BE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347"/>
        <w:tblW w:w="50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8125"/>
      </w:tblGrid>
      <w:tr w:rsidR="00021727" w:rsidRPr="0074498B" w14:paraId="6EDEA50E" w14:textId="77777777" w:rsidTr="00021727">
        <w:trPr>
          <w:trHeight w:val="861"/>
        </w:trPr>
        <w:tc>
          <w:tcPr>
            <w:tcW w:w="1245" w:type="pct"/>
            <w:vAlign w:val="center"/>
          </w:tcPr>
          <w:p w14:paraId="045DD946" w14:textId="77777777" w:rsidR="00021727" w:rsidRPr="0074498B" w:rsidRDefault="00021727" w:rsidP="00021727">
            <w:pPr>
              <w:pStyle w:val="Kop3"/>
              <w:ind w:left="360"/>
              <w:rPr>
                <w:rFonts w:eastAsiaTheme="minorEastAsia" w:cstheme="majorHAnsi"/>
                <w:color w:val="FF0000"/>
                <w:lang w:val="nl-BE"/>
              </w:rPr>
            </w:pPr>
            <w:r w:rsidRPr="0074498B">
              <w:rPr>
                <w:rFonts w:ascii="Segoe UI Emoji" w:hAnsi="Segoe UI Emoji" w:cs="Segoe UI Emoji"/>
                <w:color w:val="FF0000"/>
              </w:rPr>
              <w:t>👥</w:t>
            </w:r>
            <w:r w:rsidRPr="0074498B">
              <w:rPr>
                <w:rFonts w:cstheme="majorHAnsi"/>
                <w:color w:val="FF0000"/>
                <w:lang w:val="nl-BE"/>
              </w:rPr>
              <w:t xml:space="preserve"> </w:t>
            </w:r>
            <w:r w:rsidRPr="0074498B">
              <w:rPr>
                <w:rFonts w:eastAsiaTheme="minorEastAsia" w:cstheme="majorHAnsi"/>
                <w:color w:val="FF0000"/>
                <w:lang w:val="nl-BE"/>
              </w:rPr>
              <w:t>INDIEN SPONTANE CRISISVRIJWILLIGERS</w:t>
            </w:r>
          </w:p>
        </w:tc>
        <w:tc>
          <w:tcPr>
            <w:tcW w:w="3755" w:type="pct"/>
            <w:vAlign w:val="center"/>
          </w:tcPr>
          <w:p w14:paraId="1F64F63F" w14:textId="77777777" w:rsidR="00021727" w:rsidRDefault="00021727" w:rsidP="00021727">
            <w:pPr>
              <w:pStyle w:val="Normaalweb"/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</w:pPr>
          </w:p>
          <w:p w14:paraId="7F47A1FB" w14:textId="77777777" w:rsidR="00021727" w:rsidRPr="00021727" w:rsidRDefault="00021727" w:rsidP="00021727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color w:val="000000" w:themeColor="text1"/>
              </w:rPr>
            </w:pPr>
            <w:r w:rsidRPr="00021727">
              <w:rPr>
                <w:rFonts w:asciiTheme="majorHAnsi" w:hAnsiTheme="majorHAnsi" w:cstheme="majorBidi"/>
                <w:color w:val="000000" w:themeColor="text1"/>
              </w:rPr>
              <w:t>Als mensen zich spontaan op het terrein aanbieden: enkel inzetten na bevestiging via CVC</w:t>
            </w:r>
          </w:p>
          <w:p w14:paraId="7A1E04E1" w14:textId="77777777" w:rsidR="00021727" w:rsidRPr="00021727" w:rsidRDefault="00021727" w:rsidP="00021727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color w:val="000000" w:themeColor="text1"/>
              </w:rPr>
            </w:pPr>
            <w:r w:rsidRPr="00021727">
              <w:rPr>
                <w:rFonts w:asciiTheme="majorHAnsi" w:hAnsiTheme="majorHAnsi" w:cstheme="majorBidi"/>
                <w:color w:val="000000" w:themeColor="text1"/>
              </w:rPr>
              <w:t>Steeds doorverwijzen naar registratie (indien nog niet gebeurd)</w:t>
            </w:r>
          </w:p>
          <w:p w14:paraId="6CAE1EC0" w14:textId="77777777" w:rsidR="00021727" w:rsidRPr="00510B29" w:rsidRDefault="00021727" w:rsidP="00021727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</w:pPr>
            <w:r w:rsidRPr="00021727">
              <w:rPr>
                <w:rFonts w:asciiTheme="majorHAnsi" w:hAnsiTheme="majorHAnsi" w:cstheme="majorBidi"/>
                <w:color w:val="000000" w:themeColor="text1"/>
              </w:rPr>
              <w:t>Zorg voor goede begeleiding want deze mensen hebben in principe geen voorafgaande kennis</w:t>
            </w:r>
          </w:p>
        </w:tc>
      </w:tr>
    </w:tbl>
    <w:p w14:paraId="57EEDA3C" w14:textId="1A218FEB" w:rsidR="006E24DE" w:rsidRPr="0074498B" w:rsidRDefault="006E24DE" w:rsidP="00510B29">
      <w:pPr>
        <w:pStyle w:val="Normaalweb"/>
        <w:rPr>
          <w:rFonts w:asciiTheme="majorHAnsi" w:hAnsiTheme="majorHAnsi" w:cstheme="majorHAnsi"/>
        </w:rPr>
      </w:pPr>
    </w:p>
    <w:sectPr w:rsidR="006E24DE" w:rsidRPr="0074498B" w:rsidSect="006323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2847BA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351F48"/>
    <w:multiLevelType w:val="hybridMultilevel"/>
    <w:tmpl w:val="0248C396"/>
    <w:lvl w:ilvl="0" w:tplc="F782BF0E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807996"/>
    <w:multiLevelType w:val="hybridMultilevel"/>
    <w:tmpl w:val="885C935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630C6"/>
    <w:multiLevelType w:val="hybridMultilevel"/>
    <w:tmpl w:val="9E7CA99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801C1F"/>
    <w:multiLevelType w:val="hybridMultilevel"/>
    <w:tmpl w:val="280A4C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26156"/>
    <w:multiLevelType w:val="hybridMultilevel"/>
    <w:tmpl w:val="63F0637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53160C"/>
    <w:multiLevelType w:val="hybridMultilevel"/>
    <w:tmpl w:val="EC2E551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7754EE"/>
    <w:multiLevelType w:val="hybridMultilevel"/>
    <w:tmpl w:val="EFAEAEE4"/>
    <w:lvl w:ilvl="0" w:tplc="C0DAFC6E">
      <w:start w:val="1"/>
      <w:numFmt w:val="bullet"/>
      <w:lvlText w:val="!"/>
      <w:lvlJc w:val="left"/>
      <w:pPr>
        <w:ind w:left="720" w:hanging="360"/>
      </w:pPr>
      <w:rPr>
        <w:rFonts w:ascii="Segoe UI Symbol" w:hAnsi="Segoe UI 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56CFE"/>
    <w:multiLevelType w:val="hybridMultilevel"/>
    <w:tmpl w:val="416C26F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693E36"/>
    <w:multiLevelType w:val="hybridMultilevel"/>
    <w:tmpl w:val="BA560EB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8057009">
    <w:abstractNumId w:val="8"/>
  </w:num>
  <w:num w:numId="2" w16cid:durableId="69810474">
    <w:abstractNumId w:val="6"/>
  </w:num>
  <w:num w:numId="3" w16cid:durableId="1142193052">
    <w:abstractNumId w:val="5"/>
  </w:num>
  <w:num w:numId="4" w16cid:durableId="1419866241">
    <w:abstractNumId w:val="4"/>
  </w:num>
  <w:num w:numId="5" w16cid:durableId="295569942">
    <w:abstractNumId w:val="7"/>
  </w:num>
  <w:num w:numId="6" w16cid:durableId="2144038028">
    <w:abstractNumId w:val="3"/>
  </w:num>
  <w:num w:numId="7" w16cid:durableId="336157380">
    <w:abstractNumId w:val="2"/>
  </w:num>
  <w:num w:numId="8" w16cid:durableId="1310524307">
    <w:abstractNumId w:val="1"/>
  </w:num>
  <w:num w:numId="9" w16cid:durableId="1250579929">
    <w:abstractNumId w:val="0"/>
  </w:num>
  <w:num w:numId="10" w16cid:durableId="1335455200">
    <w:abstractNumId w:val="17"/>
  </w:num>
  <w:num w:numId="11" w16cid:durableId="598176734">
    <w:abstractNumId w:val="16"/>
  </w:num>
  <w:num w:numId="12" w16cid:durableId="502664114">
    <w:abstractNumId w:val="14"/>
  </w:num>
  <w:num w:numId="13" w16cid:durableId="1854219708">
    <w:abstractNumId w:val="8"/>
  </w:num>
  <w:num w:numId="14" w16cid:durableId="1280067205">
    <w:abstractNumId w:val="8"/>
  </w:num>
  <w:num w:numId="15" w16cid:durableId="675424556">
    <w:abstractNumId w:val="10"/>
  </w:num>
  <w:num w:numId="16" w16cid:durableId="144009330">
    <w:abstractNumId w:val="11"/>
  </w:num>
  <w:num w:numId="17" w16cid:durableId="1640497514">
    <w:abstractNumId w:val="8"/>
  </w:num>
  <w:num w:numId="18" w16cid:durableId="1514412309">
    <w:abstractNumId w:val="15"/>
  </w:num>
  <w:num w:numId="19" w16cid:durableId="471753824">
    <w:abstractNumId w:val="9"/>
  </w:num>
  <w:num w:numId="20" w16cid:durableId="1246722347">
    <w:abstractNumId w:val="12"/>
  </w:num>
  <w:num w:numId="21" w16cid:durableId="15419392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727"/>
    <w:rsid w:val="00034616"/>
    <w:rsid w:val="0006063C"/>
    <w:rsid w:val="0015074B"/>
    <w:rsid w:val="001C4124"/>
    <w:rsid w:val="00275B1F"/>
    <w:rsid w:val="00280672"/>
    <w:rsid w:val="0029639D"/>
    <w:rsid w:val="00326F90"/>
    <w:rsid w:val="00510B29"/>
    <w:rsid w:val="005C1D64"/>
    <w:rsid w:val="006323FC"/>
    <w:rsid w:val="006E24DE"/>
    <w:rsid w:val="0070329E"/>
    <w:rsid w:val="0074498B"/>
    <w:rsid w:val="00772987"/>
    <w:rsid w:val="00890303"/>
    <w:rsid w:val="00955C91"/>
    <w:rsid w:val="00AA1D8D"/>
    <w:rsid w:val="00AD6527"/>
    <w:rsid w:val="00B47730"/>
    <w:rsid w:val="00C27EBA"/>
    <w:rsid w:val="00C865EE"/>
    <w:rsid w:val="00CB0664"/>
    <w:rsid w:val="00EB1621"/>
    <w:rsid w:val="00FC693F"/>
    <w:rsid w:val="030BF5A0"/>
    <w:rsid w:val="0BF541F4"/>
    <w:rsid w:val="0D338EE2"/>
    <w:rsid w:val="0D38D7A6"/>
    <w:rsid w:val="0E11E1BF"/>
    <w:rsid w:val="0E37E171"/>
    <w:rsid w:val="166FAEB9"/>
    <w:rsid w:val="195E8854"/>
    <w:rsid w:val="1B3FD765"/>
    <w:rsid w:val="1E9B4683"/>
    <w:rsid w:val="20C038C6"/>
    <w:rsid w:val="36051599"/>
    <w:rsid w:val="38B18239"/>
    <w:rsid w:val="39227CC5"/>
    <w:rsid w:val="3BB187DA"/>
    <w:rsid w:val="402F33D6"/>
    <w:rsid w:val="433D89A6"/>
    <w:rsid w:val="444352E0"/>
    <w:rsid w:val="46476596"/>
    <w:rsid w:val="46ADE4A2"/>
    <w:rsid w:val="516FD68D"/>
    <w:rsid w:val="553CA378"/>
    <w:rsid w:val="5DB02DCF"/>
    <w:rsid w:val="5EE2066C"/>
    <w:rsid w:val="6E1A4059"/>
    <w:rsid w:val="716E31DC"/>
    <w:rsid w:val="72BBE0C7"/>
    <w:rsid w:val="732B568D"/>
    <w:rsid w:val="77F75DEC"/>
    <w:rsid w:val="7ABE9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15304"/>
  <w14:defaultImageDpi w14:val="300"/>
  <w15:docId w15:val="{3BAC7870-A8CE-445D-9819-44776CCE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alweb">
    <w:name w:val="Normal (Web)"/>
    <w:basedOn w:val="Standaard"/>
    <w:uiPriority w:val="99"/>
    <w:unhideWhenUsed/>
    <w:rsid w:val="00C2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33FFC94EA32C4D8F23F2A5ED977874" ma:contentTypeVersion="4" ma:contentTypeDescription="Een nieuw document maken." ma:contentTypeScope="" ma:versionID="89331ce76a6080076c6d832fd98854db">
  <xsd:schema xmlns:xsd="http://www.w3.org/2001/XMLSchema" xmlns:xs="http://www.w3.org/2001/XMLSchema" xmlns:p="http://schemas.microsoft.com/office/2006/metadata/properties" xmlns:ns2="311bce98-3aa1-4fda-8c35-730bdabd1d8f" targetNamespace="http://schemas.microsoft.com/office/2006/metadata/properties" ma:root="true" ma:fieldsID="a8a97482562dc600a3b7a76a7862d700" ns2:_="">
    <xsd:import namespace="311bce98-3aa1-4fda-8c35-730bdabd1d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bce98-3aa1-4fda-8c35-730bdabd1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70E878-0DBD-4233-B8D9-258E7FB60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bce98-3aa1-4fda-8c35-730bdabd1d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70FF5-FF5C-4BDC-B56E-EBA2C9469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56017-F70F-432B-BFFE-A0D80F4CE4BC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311bce98-3aa1-4fda-8c35-730bdabd1d8f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250</Words>
  <Characters>1378</Characters>
  <Application>Microsoft Office Word</Application>
  <DocSecurity>0</DocSecurity>
  <Lines>11</Lines>
  <Paragraphs>3</Paragraphs>
  <ScaleCrop>false</ScaleCrop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MERTENS Peter</cp:lastModifiedBy>
  <cp:revision>16</cp:revision>
  <dcterms:created xsi:type="dcterms:W3CDTF">2026-02-23T12:23:00Z</dcterms:created>
  <dcterms:modified xsi:type="dcterms:W3CDTF">2026-06-12T12:51:00Z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0x0101007833FFC94EA32C4D8F23F2A5ED977874</vt:lpwstr>
  </property>
</Properties>
</file>